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11EAC9" w14:textId="1B84E270" w:rsidR="00D053C3" w:rsidRP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_Hlk211546084"/>
      <w:r w:rsidRPr="00D053C3">
        <w:rPr>
          <w:rFonts w:ascii="Times New Roman" w:hAnsi="Times New Roman" w:cs="Times New Roman"/>
          <w:sz w:val="28"/>
          <w:szCs w:val="28"/>
          <w:lang w:val="ru-RU"/>
        </w:rPr>
        <w:t>Государственное автономное профессиональное образовательное учреждение Московской области «Губернский колледж»</w:t>
      </w:r>
    </w:p>
    <w:p w14:paraId="4A63EF1A" w14:textId="77777777" w:rsidR="00D053C3" w:rsidRPr="00D053C3" w:rsidRDefault="00D053C3" w:rsidP="00D053C3">
      <w:pPr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76D895CE" w14:textId="77777777" w:rsidR="00D053C3" w:rsidRP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6DF7E61C" w14:textId="77777777" w:rsidR="00D053C3" w:rsidRP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5A43BE20" w14:textId="77777777" w:rsidR="00D053C3" w:rsidRP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73E1B880" w14:textId="77777777" w:rsidR="00D053C3" w:rsidRP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D053C3">
        <w:rPr>
          <w:rFonts w:ascii="Times New Roman" w:hAnsi="Times New Roman" w:cs="Times New Roman"/>
          <w:sz w:val="28"/>
          <w:szCs w:val="28"/>
          <w:lang w:val="ru-RU"/>
        </w:rPr>
        <w:t>Конспект</w:t>
      </w:r>
    </w:p>
    <w:p w14:paraId="356FEF67" w14:textId="7DA0C70B" w:rsidR="00D053C3" w:rsidRP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D053C3">
        <w:rPr>
          <w:rFonts w:ascii="Times New Roman" w:hAnsi="Times New Roman" w:cs="Times New Roman"/>
          <w:sz w:val="28"/>
          <w:szCs w:val="28"/>
          <w:lang w:val="ru-RU"/>
        </w:rPr>
        <w:t xml:space="preserve">пробного урока по </w:t>
      </w:r>
      <w:r>
        <w:rPr>
          <w:rFonts w:ascii="Times New Roman" w:hAnsi="Times New Roman" w:cs="Times New Roman"/>
          <w:sz w:val="28"/>
          <w:szCs w:val="28"/>
          <w:lang w:val="ru-RU"/>
        </w:rPr>
        <w:t>математике</w:t>
      </w:r>
    </w:p>
    <w:p w14:paraId="22400149" w14:textId="041429B5" w:rsidR="00D053C3" w:rsidRP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D053C3">
        <w:rPr>
          <w:rFonts w:ascii="Times New Roman" w:hAnsi="Times New Roman" w:cs="Times New Roman"/>
          <w:sz w:val="28"/>
          <w:szCs w:val="28"/>
          <w:lang w:val="ru-RU"/>
        </w:rPr>
        <w:t>на тему «Измерение площади фигур при помощи палетки»</w:t>
      </w:r>
    </w:p>
    <w:p w14:paraId="0C7E1036" w14:textId="260FC98F" w:rsidR="00D053C3" w:rsidRP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D053C3">
        <w:rPr>
          <w:rFonts w:ascii="Times New Roman" w:hAnsi="Times New Roman" w:cs="Times New Roman"/>
          <w:sz w:val="28"/>
          <w:szCs w:val="28"/>
          <w:lang w:val="ru-RU"/>
        </w:rPr>
        <w:t xml:space="preserve">в </w:t>
      </w:r>
      <w:r>
        <w:rPr>
          <w:rFonts w:ascii="Times New Roman" w:hAnsi="Times New Roman" w:cs="Times New Roman"/>
          <w:sz w:val="28"/>
          <w:szCs w:val="28"/>
          <w:lang w:val="ru-RU"/>
        </w:rPr>
        <w:t>4</w:t>
      </w:r>
      <w:r w:rsidRPr="00D053C3">
        <w:rPr>
          <w:rFonts w:ascii="Times New Roman" w:hAnsi="Times New Roman" w:cs="Times New Roman"/>
          <w:sz w:val="28"/>
          <w:szCs w:val="28"/>
          <w:lang w:val="ru-RU"/>
        </w:rPr>
        <w:t xml:space="preserve"> «</w:t>
      </w:r>
      <w:r>
        <w:rPr>
          <w:rFonts w:ascii="Times New Roman" w:hAnsi="Times New Roman" w:cs="Times New Roman"/>
          <w:sz w:val="28"/>
          <w:szCs w:val="28"/>
          <w:lang w:val="ru-RU"/>
        </w:rPr>
        <w:t>Э</w:t>
      </w:r>
      <w:r w:rsidRPr="00D053C3">
        <w:rPr>
          <w:rFonts w:ascii="Times New Roman" w:hAnsi="Times New Roman" w:cs="Times New Roman"/>
          <w:sz w:val="28"/>
          <w:szCs w:val="28"/>
          <w:lang w:val="ru-RU"/>
        </w:rPr>
        <w:t>» классе</w:t>
      </w:r>
    </w:p>
    <w:p w14:paraId="5B408E0E" w14:textId="635258BE" w:rsidR="00D053C3" w:rsidRP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D053C3">
        <w:rPr>
          <w:rFonts w:ascii="Times New Roman" w:hAnsi="Times New Roman" w:cs="Times New Roman"/>
          <w:sz w:val="28"/>
          <w:szCs w:val="28"/>
          <w:lang w:val="ru-RU"/>
        </w:rPr>
        <w:t>МБОУ «Центр непрерывного образования»</w:t>
      </w:r>
    </w:p>
    <w:p w14:paraId="56968FE4" w14:textId="689AEDF5" w:rsidR="00D053C3" w:rsidRP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D053C3">
        <w:rPr>
          <w:rFonts w:ascii="Times New Roman" w:hAnsi="Times New Roman" w:cs="Times New Roman"/>
          <w:sz w:val="28"/>
          <w:szCs w:val="28"/>
          <w:lang w:val="ru-RU"/>
        </w:rPr>
        <w:t xml:space="preserve">у учителя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Аркайкиной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Светланы Вячеславовны</w:t>
      </w:r>
    </w:p>
    <w:p w14:paraId="691B11BD" w14:textId="77777777" w:rsidR="00D053C3" w:rsidRP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D053C3">
        <w:rPr>
          <w:rFonts w:ascii="Times New Roman" w:hAnsi="Times New Roman" w:cs="Times New Roman"/>
          <w:sz w:val="28"/>
          <w:szCs w:val="28"/>
          <w:lang w:val="ru-RU"/>
        </w:rPr>
        <w:t>студентки НК-41</w:t>
      </w:r>
    </w:p>
    <w:p w14:paraId="4E847FC9" w14:textId="77777777" w:rsidR="00D053C3" w:rsidRP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053C3">
        <w:rPr>
          <w:rFonts w:ascii="Times New Roman" w:hAnsi="Times New Roman" w:cs="Times New Roman"/>
          <w:sz w:val="28"/>
          <w:szCs w:val="28"/>
          <w:lang w:val="ru-RU"/>
        </w:rPr>
        <w:t>Зяблицкой</w:t>
      </w:r>
      <w:proofErr w:type="spellEnd"/>
      <w:r w:rsidRPr="00D053C3">
        <w:rPr>
          <w:rFonts w:ascii="Times New Roman" w:hAnsi="Times New Roman" w:cs="Times New Roman"/>
          <w:sz w:val="28"/>
          <w:szCs w:val="28"/>
          <w:lang w:val="ru-RU"/>
        </w:rPr>
        <w:t xml:space="preserve"> Киры Кирилловной</w:t>
      </w:r>
    </w:p>
    <w:p w14:paraId="4C273316" w14:textId="77777777" w:rsidR="00D053C3" w:rsidRP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16DFB081" w14:textId="77777777" w:rsidR="00D053C3" w:rsidRP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1E8312B7" w14:textId="77777777" w:rsidR="00D053C3" w:rsidRP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2571C5C2" w14:textId="77777777" w:rsidR="00D053C3" w:rsidRPr="00D053C3" w:rsidRDefault="00D053C3" w:rsidP="00D053C3">
      <w:pPr>
        <w:spacing w:line="240" w:lineRule="auto"/>
        <w:ind w:left="4248"/>
        <w:rPr>
          <w:rFonts w:ascii="Times New Roman" w:hAnsi="Times New Roman" w:cs="Times New Roman"/>
          <w:sz w:val="28"/>
          <w:szCs w:val="28"/>
          <w:lang w:val="ru-RU"/>
        </w:rPr>
      </w:pPr>
      <w:r w:rsidRPr="00D053C3">
        <w:rPr>
          <w:rFonts w:ascii="Times New Roman" w:hAnsi="Times New Roman" w:cs="Times New Roman"/>
          <w:sz w:val="28"/>
          <w:szCs w:val="28"/>
          <w:lang w:val="ru-RU"/>
        </w:rPr>
        <w:t>Подпись учителя:</w:t>
      </w:r>
    </w:p>
    <w:p w14:paraId="18BC5DB3" w14:textId="77777777" w:rsidR="00D053C3" w:rsidRPr="00D053C3" w:rsidRDefault="00D053C3" w:rsidP="00D053C3">
      <w:pPr>
        <w:spacing w:line="240" w:lineRule="auto"/>
        <w:ind w:left="4248"/>
        <w:rPr>
          <w:rFonts w:ascii="Times New Roman" w:hAnsi="Times New Roman" w:cs="Times New Roman"/>
          <w:sz w:val="28"/>
          <w:szCs w:val="28"/>
          <w:lang w:val="ru-RU"/>
        </w:rPr>
      </w:pPr>
      <w:r w:rsidRPr="00D053C3">
        <w:rPr>
          <w:rFonts w:ascii="Times New Roman" w:hAnsi="Times New Roman" w:cs="Times New Roman"/>
          <w:sz w:val="28"/>
          <w:szCs w:val="28"/>
          <w:lang w:val="ru-RU"/>
        </w:rPr>
        <w:t>Подпись методиста:</w:t>
      </w:r>
    </w:p>
    <w:p w14:paraId="0D6354AD" w14:textId="77777777" w:rsidR="00D053C3" w:rsidRPr="00D053C3" w:rsidRDefault="00D053C3" w:rsidP="00D053C3">
      <w:pPr>
        <w:spacing w:line="240" w:lineRule="auto"/>
        <w:ind w:left="4248"/>
        <w:rPr>
          <w:rFonts w:ascii="Times New Roman" w:hAnsi="Times New Roman" w:cs="Times New Roman"/>
          <w:sz w:val="28"/>
          <w:szCs w:val="28"/>
          <w:lang w:val="ru-RU"/>
        </w:rPr>
      </w:pPr>
      <w:r w:rsidRPr="00D053C3">
        <w:rPr>
          <w:rFonts w:ascii="Times New Roman" w:hAnsi="Times New Roman" w:cs="Times New Roman"/>
          <w:sz w:val="28"/>
          <w:szCs w:val="28"/>
          <w:lang w:val="ru-RU"/>
        </w:rPr>
        <w:t>Оценка за подготовку:</w:t>
      </w:r>
    </w:p>
    <w:p w14:paraId="36B4309D" w14:textId="77777777" w:rsidR="00D053C3" w:rsidRPr="00A87F6F" w:rsidRDefault="00D053C3" w:rsidP="00D053C3">
      <w:pPr>
        <w:spacing w:line="240" w:lineRule="auto"/>
        <w:ind w:left="4248"/>
        <w:rPr>
          <w:rFonts w:ascii="Times New Roman" w:hAnsi="Times New Roman" w:cs="Times New Roman"/>
          <w:sz w:val="28"/>
          <w:szCs w:val="28"/>
          <w:lang w:val="ru-RU"/>
        </w:rPr>
      </w:pPr>
      <w:r w:rsidRPr="00A87F6F">
        <w:rPr>
          <w:rFonts w:ascii="Times New Roman" w:hAnsi="Times New Roman" w:cs="Times New Roman"/>
          <w:sz w:val="28"/>
          <w:szCs w:val="28"/>
          <w:lang w:val="ru-RU"/>
        </w:rPr>
        <w:t>Оценка за проведение:</w:t>
      </w:r>
    </w:p>
    <w:p w14:paraId="39B9C09E" w14:textId="77777777" w:rsidR="00D053C3" w:rsidRPr="00A87F6F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261F2F1D" w14:textId="77777777" w:rsidR="00D053C3" w:rsidRPr="00A87F6F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155F2A7A" w14:textId="77777777" w:rsidR="00D053C3" w:rsidRPr="00A87F6F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5DF68952" w14:textId="77777777" w:rsidR="00BB45B9" w:rsidRPr="00BB45B9" w:rsidRDefault="00BB45B9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3AE18749" w14:textId="77777777" w:rsid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A87F6F">
        <w:rPr>
          <w:rFonts w:ascii="Times New Roman" w:hAnsi="Times New Roman" w:cs="Times New Roman"/>
          <w:sz w:val="28"/>
          <w:szCs w:val="28"/>
          <w:lang w:val="ru-RU"/>
        </w:rPr>
        <w:t>Серпухов, 2025</w:t>
      </w:r>
      <w:bookmarkEnd w:id="0"/>
    </w:p>
    <w:p w14:paraId="267893AD" w14:textId="77777777" w:rsidR="00D053C3" w:rsidRP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D053C3">
        <w:rPr>
          <w:rFonts w:ascii="Times New Roman" w:hAnsi="Times New Roman" w:cs="Times New Roman"/>
          <w:sz w:val="28"/>
          <w:szCs w:val="28"/>
          <w:lang w:val="ru-RU"/>
        </w:rPr>
        <w:lastRenderedPageBreak/>
        <w:t>Государственное автономное профессиональное образовательное учреждение Московской области «Губернский колледж»</w:t>
      </w:r>
    </w:p>
    <w:p w14:paraId="7AC613D5" w14:textId="77777777" w:rsidR="00D053C3" w:rsidRP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1BF3D73B" w14:textId="77777777" w:rsidR="00D053C3" w:rsidRP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7494A7DB" w14:textId="77777777" w:rsidR="00D053C3" w:rsidRP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05F869F5" w14:textId="77777777" w:rsidR="00D053C3" w:rsidRP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260596F9" w14:textId="77777777" w:rsidR="00D053C3" w:rsidRP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D053C3">
        <w:rPr>
          <w:rFonts w:ascii="Times New Roman" w:hAnsi="Times New Roman" w:cs="Times New Roman"/>
          <w:sz w:val="28"/>
          <w:szCs w:val="28"/>
          <w:lang w:val="ru-RU"/>
        </w:rPr>
        <w:t>Конспект</w:t>
      </w:r>
    </w:p>
    <w:p w14:paraId="3F7DA66C" w14:textId="77777777" w:rsidR="00D053C3" w:rsidRP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D053C3">
        <w:rPr>
          <w:rFonts w:ascii="Times New Roman" w:hAnsi="Times New Roman" w:cs="Times New Roman"/>
          <w:sz w:val="28"/>
          <w:szCs w:val="28"/>
          <w:lang w:val="ru-RU"/>
        </w:rPr>
        <w:t>пробного урока по математике</w:t>
      </w:r>
    </w:p>
    <w:p w14:paraId="52666083" w14:textId="77777777" w:rsidR="00D053C3" w:rsidRP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D053C3">
        <w:rPr>
          <w:rFonts w:ascii="Times New Roman" w:hAnsi="Times New Roman" w:cs="Times New Roman"/>
          <w:sz w:val="28"/>
          <w:szCs w:val="28"/>
          <w:lang w:val="ru-RU"/>
        </w:rPr>
        <w:t>на тему «</w:t>
      </w:r>
      <w:bookmarkStart w:id="1" w:name="_Hlk211546174"/>
      <w:r w:rsidRPr="00D053C3">
        <w:rPr>
          <w:rFonts w:ascii="Times New Roman" w:hAnsi="Times New Roman" w:cs="Times New Roman"/>
          <w:sz w:val="28"/>
          <w:szCs w:val="28"/>
          <w:lang w:val="ru-RU"/>
        </w:rPr>
        <w:t>Измерение площади фигур при помощи палетки</w:t>
      </w:r>
      <w:bookmarkEnd w:id="1"/>
      <w:r w:rsidRPr="00D053C3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14:paraId="3C917548" w14:textId="46B4369C" w:rsidR="00D053C3" w:rsidRP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D053C3">
        <w:rPr>
          <w:rFonts w:ascii="Times New Roman" w:hAnsi="Times New Roman" w:cs="Times New Roman"/>
          <w:sz w:val="28"/>
          <w:szCs w:val="28"/>
          <w:lang w:val="ru-RU"/>
        </w:rPr>
        <w:t xml:space="preserve">в </w:t>
      </w:r>
      <w:r>
        <w:rPr>
          <w:rFonts w:ascii="Times New Roman" w:hAnsi="Times New Roman" w:cs="Times New Roman"/>
          <w:sz w:val="28"/>
          <w:szCs w:val="28"/>
          <w:lang w:val="ru-RU"/>
        </w:rPr>
        <w:t>4</w:t>
      </w:r>
      <w:r w:rsidRPr="00D053C3">
        <w:rPr>
          <w:rFonts w:ascii="Times New Roman" w:hAnsi="Times New Roman" w:cs="Times New Roman"/>
          <w:sz w:val="28"/>
          <w:szCs w:val="28"/>
          <w:lang w:val="ru-RU"/>
        </w:rPr>
        <w:t xml:space="preserve"> «</w:t>
      </w:r>
      <w:r>
        <w:rPr>
          <w:rFonts w:ascii="Times New Roman" w:hAnsi="Times New Roman" w:cs="Times New Roman"/>
          <w:sz w:val="28"/>
          <w:szCs w:val="28"/>
          <w:lang w:val="ru-RU"/>
        </w:rPr>
        <w:t>Э</w:t>
      </w:r>
      <w:r w:rsidRPr="00D053C3">
        <w:rPr>
          <w:rFonts w:ascii="Times New Roman" w:hAnsi="Times New Roman" w:cs="Times New Roman"/>
          <w:sz w:val="28"/>
          <w:szCs w:val="28"/>
          <w:lang w:val="ru-RU"/>
        </w:rPr>
        <w:t>» классе</w:t>
      </w:r>
    </w:p>
    <w:p w14:paraId="334D1004" w14:textId="77777777" w:rsidR="00D053C3" w:rsidRP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D053C3">
        <w:rPr>
          <w:rFonts w:ascii="Times New Roman" w:hAnsi="Times New Roman" w:cs="Times New Roman"/>
          <w:sz w:val="28"/>
          <w:szCs w:val="28"/>
          <w:lang w:val="ru-RU"/>
        </w:rPr>
        <w:t>МБОУ «Центр непрерывного образования»</w:t>
      </w:r>
    </w:p>
    <w:p w14:paraId="2E6C4085" w14:textId="77777777" w:rsidR="00D053C3" w:rsidRP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D053C3">
        <w:rPr>
          <w:rFonts w:ascii="Times New Roman" w:hAnsi="Times New Roman" w:cs="Times New Roman"/>
          <w:sz w:val="28"/>
          <w:szCs w:val="28"/>
          <w:lang w:val="ru-RU"/>
        </w:rPr>
        <w:t xml:space="preserve">у учителя </w:t>
      </w:r>
      <w:proofErr w:type="spellStart"/>
      <w:r w:rsidRPr="00D053C3">
        <w:rPr>
          <w:rFonts w:ascii="Times New Roman" w:hAnsi="Times New Roman" w:cs="Times New Roman"/>
          <w:sz w:val="28"/>
          <w:szCs w:val="28"/>
          <w:lang w:val="ru-RU"/>
        </w:rPr>
        <w:t>Аркайкиной</w:t>
      </w:r>
      <w:proofErr w:type="spellEnd"/>
      <w:r w:rsidRPr="00D053C3">
        <w:rPr>
          <w:rFonts w:ascii="Times New Roman" w:hAnsi="Times New Roman" w:cs="Times New Roman"/>
          <w:sz w:val="28"/>
          <w:szCs w:val="28"/>
          <w:lang w:val="ru-RU"/>
        </w:rPr>
        <w:t xml:space="preserve"> Светланы Вячеславовны</w:t>
      </w:r>
    </w:p>
    <w:p w14:paraId="09F40AB5" w14:textId="77777777" w:rsidR="00D053C3" w:rsidRP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D053C3">
        <w:rPr>
          <w:rFonts w:ascii="Times New Roman" w:hAnsi="Times New Roman" w:cs="Times New Roman"/>
          <w:sz w:val="28"/>
          <w:szCs w:val="28"/>
          <w:lang w:val="ru-RU"/>
        </w:rPr>
        <w:t>студентки НК-41</w:t>
      </w:r>
    </w:p>
    <w:p w14:paraId="724B73CE" w14:textId="77777777" w:rsidR="00D053C3" w:rsidRP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053C3">
        <w:rPr>
          <w:rFonts w:ascii="Times New Roman" w:hAnsi="Times New Roman" w:cs="Times New Roman"/>
          <w:sz w:val="28"/>
          <w:szCs w:val="28"/>
          <w:lang w:val="ru-RU"/>
        </w:rPr>
        <w:t>Зяблицкой</w:t>
      </w:r>
      <w:proofErr w:type="spellEnd"/>
      <w:r w:rsidRPr="00D053C3">
        <w:rPr>
          <w:rFonts w:ascii="Times New Roman" w:hAnsi="Times New Roman" w:cs="Times New Roman"/>
          <w:sz w:val="28"/>
          <w:szCs w:val="28"/>
          <w:lang w:val="ru-RU"/>
        </w:rPr>
        <w:t xml:space="preserve"> Киры Кирилловной</w:t>
      </w:r>
    </w:p>
    <w:p w14:paraId="53A68C90" w14:textId="77777777" w:rsidR="00D053C3" w:rsidRP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376B4B5A" w14:textId="77777777" w:rsidR="00D053C3" w:rsidRP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2A3689C6" w14:textId="77777777" w:rsidR="00D053C3" w:rsidRP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0D1BF8AE" w14:textId="77777777" w:rsid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4EA86CA6" w14:textId="77777777" w:rsid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40898D89" w14:textId="77777777" w:rsid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5516D79D" w14:textId="77777777" w:rsid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23C006A6" w14:textId="77777777" w:rsidR="00D053C3" w:rsidRPr="00A87F6F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051FDA1F" w14:textId="77777777" w:rsidR="00D053C3" w:rsidRPr="00A87F6F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31FF7F80" w14:textId="77777777" w:rsidR="00D053C3" w:rsidRPr="00A87F6F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31CB19BB" w14:textId="77777777" w:rsidR="00D053C3" w:rsidRPr="00A87F6F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0C32AAD8" w14:textId="18CBC1B6" w:rsidR="000D0B8F" w:rsidRPr="00D053C3" w:rsidRDefault="00D053C3" w:rsidP="00D053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A87F6F">
        <w:rPr>
          <w:rFonts w:ascii="Times New Roman" w:hAnsi="Times New Roman" w:cs="Times New Roman"/>
          <w:sz w:val="28"/>
          <w:szCs w:val="28"/>
          <w:lang w:val="ru-RU"/>
        </w:rPr>
        <w:t>Серпухов, 2025</w:t>
      </w:r>
      <w:r w:rsidRPr="00A87F6F">
        <w:rPr>
          <w:rFonts w:ascii="Times New Roman" w:hAnsi="Times New Roman" w:cs="Times New Roman"/>
          <w:sz w:val="28"/>
          <w:szCs w:val="28"/>
          <w:lang w:val="ru-RU"/>
        </w:rPr>
        <w:br w:type="page"/>
      </w:r>
    </w:p>
    <w:p w14:paraId="036D6A3F" w14:textId="248851DD" w:rsidR="00E16DBC" w:rsidRPr="00E16DBC" w:rsidRDefault="00E16DBC" w:rsidP="00E16DB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</w:pPr>
      <w:r w:rsidRPr="00E16DBC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lastRenderedPageBreak/>
        <w:t xml:space="preserve">Дата: </w:t>
      </w:r>
      <w:r w:rsidR="00D053C3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22</w:t>
      </w:r>
      <w:r w:rsidRPr="00E16DBC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10</w:t>
      </w:r>
      <w:r w:rsidRPr="00E16DBC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.2025</w:t>
      </w:r>
    </w:p>
    <w:p w14:paraId="1791A3E5" w14:textId="77777777" w:rsidR="00E16DBC" w:rsidRPr="00E16DBC" w:rsidRDefault="00E16DBC" w:rsidP="00E16DB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</w:pPr>
    </w:p>
    <w:p w14:paraId="49493F39" w14:textId="0C6433BB" w:rsidR="00E16DBC" w:rsidRPr="00E16DBC" w:rsidRDefault="00E16DBC" w:rsidP="00E16DB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Класс: 4</w:t>
      </w:r>
      <w:r w:rsidRPr="00E16DBC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 xml:space="preserve"> «</w:t>
      </w:r>
      <w:r w:rsidR="00D053C3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Э</w:t>
      </w:r>
      <w:r w:rsidRPr="00E16DBC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»</w:t>
      </w:r>
    </w:p>
    <w:p w14:paraId="1A0B3CAA" w14:textId="77777777" w:rsidR="00E16DBC" w:rsidRPr="00E16DBC" w:rsidRDefault="00E16DBC" w:rsidP="00E16DB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</w:pPr>
    </w:p>
    <w:p w14:paraId="3C231256" w14:textId="55E2DA39" w:rsidR="008401DF" w:rsidRDefault="00E16DBC" w:rsidP="00E16DB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</w:pPr>
      <w:r w:rsidRPr="00E16DBC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Тема: «</w:t>
      </w:r>
      <w:r w:rsidR="00D053C3" w:rsidRPr="00D053C3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Измерение площади фигур при помощи палетки</w:t>
      </w:r>
      <w:r w:rsidRPr="00E16DBC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»</w:t>
      </w:r>
    </w:p>
    <w:p w14:paraId="28833925" w14:textId="77777777" w:rsidR="00E16DBC" w:rsidRPr="00E16DBC" w:rsidRDefault="00E16DBC" w:rsidP="00E16DB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</w:pPr>
    </w:p>
    <w:p w14:paraId="4D341A5B" w14:textId="77777777" w:rsidR="00E16DBC" w:rsidRPr="00E16DBC" w:rsidRDefault="00E16DBC" w:rsidP="00E16DB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</w:pPr>
      <w:r w:rsidRPr="00E16DBC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Цель:</w:t>
      </w:r>
    </w:p>
    <w:p w14:paraId="5D22C14B" w14:textId="6DF6C2CA" w:rsidR="00E16DBC" w:rsidRDefault="00D053C3" w:rsidP="00E16DB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Изучение способа измерения площади фигур при помощи палетки.</w:t>
      </w:r>
    </w:p>
    <w:p w14:paraId="194238FF" w14:textId="77777777" w:rsidR="00D053C3" w:rsidRPr="00E16DBC" w:rsidRDefault="00D053C3" w:rsidP="00E16DB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</w:pPr>
    </w:p>
    <w:p w14:paraId="195E4F36" w14:textId="77777777" w:rsidR="00E16DBC" w:rsidRPr="00E16DBC" w:rsidRDefault="00E16DBC" w:rsidP="00E16DB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</w:pPr>
      <w:r w:rsidRPr="00E16DBC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Планируемые результаты:</w:t>
      </w:r>
    </w:p>
    <w:p w14:paraId="5874CDC4" w14:textId="7ED3252F" w:rsidR="00FE1777" w:rsidRDefault="00E16DBC" w:rsidP="00E16DB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 xml:space="preserve">- </w:t>
      </w:r>
      <w:r w:rsidRPr="00E16DBC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Предметные:</w:t>
      </w:r>
      <w:r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 xml:space="preserve"> </w:t>
      </w:r>
      <w:r w:rsidR="00FE1777" w:rsidRPr="00FE1777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измерение площади фигур с помощью палетки, определение количества квадратных единиц в фигуре, применение единиц измерения площади на практике</w:t>
      </w:r>
      <w:r w:rsidR="00FE4CCF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.</w:t>
      </w:r>
    </w:p>
    <w:p w14:paraId="073B6C92" w14:textId="054672EA" w:rsidR="00E16DBC" w:rsidRPr="00E16DBC" w:rsidRDefault="00E16DBC" w:rsidP="00E16DB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-</w:t>
      </w:r>
      <w:r w:rsidRPr="00E16DBC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 xml:space="preserve"> Личностные:</w:t>
      </w:r>
      <w:r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 xml:space="preserve"> </w:t>
      </w:r>
      <w:r w:rsidR="00FE4CCF" w:rsidRPr="00FE4CCF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формирование интереса к познавательной деятельности, развитие аккуратности и ответственности, осознание значимости точности при измерениях</w:t>
      </w:r>
      <w:r w:rsidR="00FE4CCF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.</w:t>
      </w:r>
    </w:p>
    <w:p w14:paraId="0DC0D96F" w14:textId="77777777" w:rsidR="00E16DBC" w:rsidRPr="00E16DBC" w:rsidRDefault="00E16DBC" w:rsidP="00E16DB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 xml:space="preserve">- </w:t>
      </w:r>
      <w:r w:rsidRPr="00E16DBC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Метапредметные:</w:t>
      </w:r>
    </w:p>
    <w:p w14:paraId="3A623A3C" w14:textId="77777777" w:rsidR="00E16DBC" w:rsidRPr="00E16DBC" w:rsidRDefault="00E16DBC" w:rsidP="00E16DB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 xml:space="preserve">- </w:t>
      </w:r>
      <w:r w:rsidRPr="00E16DBC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Регулятивные: учатся формулировать тему и задачи урока с помощью учителя; планировать и контролировать свою работу; оценивать правильность выполнения действий и полученных результатов.</w:t>
      </w:r>
    </w:p>
    <w:p w14:paraId="3B0654D2" w14:textId="77777777" w:rsidR="00FE4CCF" w:rsidRDefault="00E16DBC" w:rsidP="00E16DB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 xml:space="preserve">- </w:t>
      </w:r>
      <w:r w:rsidRPr="00E16DBC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 xml:space="preserve">Познавательные: </w:t>
      </w:r>
      <w:r w:rsidR="00FE4CCF" w:rsidRPr="00FE4CCF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 xml:space="preserve">использование палетки как инструмента измерения, анализ формы и состава фигур, применение знаний о единицах площади в новых ситуациях, формулирование выводов на основе наблюдений </w:t>
      </w:r>
    </w:p>
    <w:p w14:paraId="531DB64E" w14:textId="54256E53" w:rsidR="00E16DBC" w:rsidRDefault="00E16DBC" w:rsidP="00E16DB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 xml:space="preserve">- </w:t>
      </w:r>
      <w:r w:rsidRPr="00E16DBC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Коммуникативные: умение формулировать собственное мнение и позицию; умение работать в паре и гр</w:t>
      </w:r>
      <w:r w:rsidR="006424EA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уппе, слушать и понимать других.</w:t>
      </w:r>
    </w:p>
    <w:p w14:paraId="35E7C360" w14:textId="77777777" w:rsidR="00E16DBC" w:rsidRPr="00E16DBC" w:rsidRDefault="00E16DBC" w:rsidP="00E16DB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</w:pPr>
    </w:p>
    <w:p w14:paraId="173F0914" w14:textId="77777777" w:rsidR="00E16DBC" w:rsidRPr="00E16DBC" w:rsidRDefault="00E16DBC" w:rsidP="00E16DB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</w:pPr>
      <w:r w:rsidRPr="00E16DBC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Тип урока:</w:t>
      </w:r>
    </w:p>
    <w:p w14:paraId="684BF784" w14:textId="691F81A5" w:rsidR="00E16DBC" w:rsidRDefault="00D053C3" w:rsidP="00E16DB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 xml:space="preserve">Изучение нового знания </w:t>
      </w:r>
    </w:p>
    <w:p w14:paraId="45636615" w14:textId="77777777" w:rsidR="00E16DBC" w:rsidRPr="00E16DBC" w:rsidRDefault="00E16DBC" w:rsidP="00E16DB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</w:pPr>
    </w:p>
    <w:p w14:paraId="11501962" w14:textId="77777777" w:rsidR="00E16DBC" w:rsidRPr="00E16DBC" w:rsidRDefault="00E16DBC" w:rsidP="00E16DB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</w:pPr>
      <w:r w:rsidRPr="00E16DBC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Оборудование:</w:t>
      </w:r>
    </w:p>
    <w:p w14:paraId="48EA91B4" w14:textId="77D973CE" w:rsidR="00E16DBC" w:rsidRPr="00E16DBC" w:rsidRDefault="00E16DBC" w:rsidP="00E16DB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</w:pPr>
      <w:r w:rsidRPr="00E16DBC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1) Для учителя – интерактивная доска, презентация, конспект урока</w:t>
      </w:r>
      <w:r w:rsidR="00DE15E3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, палетка</w:t>
      </w:r>
      <w:r w:rsidRPr="00E16DBC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.</w:t>
      </w:r>
    </w:p>
    <w:p w14:paraId="69E47CB5" w14:textId="77777777" w:rsidR="00E16DBC" w:rsidRPr="00E16DBC" w:rsidRDefault="00E16DBC" w:rsidP="00E16DB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</w:pPr>
      <w:r w:rsidRPr="00E16DBC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2) Для учащихся – учебник, рабочая тетрадь в клетку</w:t>
      </w:r>
      <w:r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 xml:space="preserve">, </w:t>
      </w:r>
      <w:r w:rsidRPr="00E16DBC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пишущие принадлежности.</w:t>
      </w:r>
    </w:p>
    <w:p w14:paraId="7D910F2E" w14:textId="77777777" w:rsidR="00E16DBC" w:rsidRDefault="00E16DBC" w:rsidP="00E16DB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</w:pPr>
      <w:r w:rsidRPr="00E16DBC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Литература:</w:t>
      </w:r>
    </w:p>
    <w:p w14:paraId="41005956" w14:textId="77777777" w:rsidR="00E16DBC" w:rsidRPr="00E16DBC" w:rsidRDefault="00E16DBC" w:rsidP="00E16DBC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</w:pPr>
    </w:p>
    <w:p w14:paraId="45701B5F" w14:textId="4E728A59" w:rsidR="00C033F8" w:rsidRDefault="00E16DBC" w:rsidP="00214716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 xml:space="preserve">Математика. </w:t>
      </w:r>
      <w:r w:rsidR="00DE15E3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 xml:space="preserve"> класс. Учебник. 1</w:t>
      </w:r>
      <w:r w:rsidRPr="00E16DBC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 xml:space="preserve"> часть. Авторы: М.И. Моро, М.А. </w:t>
      </w:r>
      <w:proofErr w:type="spellStart"/>
      <w:r w:rsidRPr="00E16DBC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Бантова</w:t>
      </w:r>
      <w:proofErr w:type="spellEnd"/>
      <w:r w:rsidRPr="00E16DBC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 xml:space="preserve"> и др. – М.: Просвещение</w:t>
      </w:r>
      <w:r w:rsidR="00DE15E3"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  <w:t>, палетка.</w:t>
      </w:r>
    </w:p>
    <w:p w14:paraId="3FF44EE9" w14:textId="77777777" w:rsidR="00FE4CCF" w:rsidRDefault="00FE4CCF" w:rsidP="00214716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</w:pPr>
    </w:p>
    <w:p w14:paraId="559A7F84" w14:textId="77777777" w:rsidR="00FE4CCF" w:rsidRDefault="00FE4CCF" w:rsidP="00214716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</w:pPr>
    </w:p>
    <w:p w14:paraId="118D21DF" w14:textId="77777777" w:rsidR="00FE4CCF" w:rsidRDefault="00FE4CCF" w:rsidP="00214716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</w:pPr>
    </w:p>
    <w:p w14:paraId="78D6F143" w14:textId="77777777" w:rsidR="00A3182F" w:rsidRDefault="00A3182F" w:rsidP="00214716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</w:pPr>
    </w:p>
    <w:p w14:paraId="3188C325" w14:textId="77777777" w:rsidR="00BB45B9" w:rsidRDefault="00BB45B9" w:rsidP="00214716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</w:pPr>
    </w:p>
    <w:p w14:paraId="00B2BAA8" w14:textId="77777777" w:rsidR="00BB45B9" w:rsidRDefault="00BB45B9" w:rsidP="00214716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ar-SA"/>
        </w:rPr>
      </w:pPr>
    </w:p>
    <w:p w14:paraId="5638A331" w14:textId="51C49751" w:rsidR="00FE4CCF" w:rsidRPr="00FE4CCF" w:rsidRDefault="00FE4CCF" w:rsidP="00FE4CCF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ar-SA"/>
        </w:rPr>
      </w:pPr>
      <w:r w:rsidRPr="00FE4CCF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ar-SA"/>
        </w:rPr>
        <w:lastRenderedPageBreak/>
        <w:t>Ход занятия</w:t>
      </w:r>
    </w:p>
    <w:tbl>
      <w:tblPr>
        <w:tblStyle w:val="aff0"/>
        <w:tblW w:w="10227" w:type="dxa"/>
        <w:tblLook w:val="04A0" w:firstRow="1" w:lastRow="0" w:firstColumn="1" w:lastColumn="0" w:noHBand="0" w:noVBand="1"/>
      </w:tblPr>
      <w:tblGrid>
        <w:gridCol w:w="2308"/>
        <w:gridCol w:w="5608"/>
        <w:gridCol w:w="2311"/>
      </w:tblGrid>
      <w:tr w:rsidR="00A33A3B" w:rsidRPr="001761BF" w14:paraId="1278F0BD" w14:textId="77777777" w:rsidTr="001D3660">
        <w:tc>
          <w:tcPr>
            <w:tcW w:w="2308" w:type="dxa"/>
          </w:tcPr>
          <w:p w14:paraId="68F28ACD" w14:textId="77777777" w:rsidR="008401DF" w:rsidRPr="001761BF" w:rsidRDefault="002338EE" w:rsidP="001761B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1761BF">
              <w:rPr>
                <w:rFonts w:ascii="Times New Roman" w:hAnsi="Times New Roman" w:cs="Times New Roman"/>
                <w:sz w:val="28"/>
              </w:rPr>
              <w:t>Этапы</w:t>
            </w:r>
            <w:proofErr w:type="spellEnd"/>
            <w:r w:rsidRPr="001761BF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Pr="001761BF">
              <w:rPr>
                <w:rFonts w:ascii="Times New Roman" w:hAnsi="Times New Roman" w:cs="Times New Roman"/>
                <w:sz w:val="28"/>
              </w:rPr>
              <w:t>урока</w:t>
            </w:r>
            <w:proofErr w:type="spellEnd"/>
          </w:p>
        </w:tc>
        <w:tc>
          <w:tcPr>
            <w:tcW w:w="5608" w:type="dxa"/>
          </w:tcPr>
          <w:p w14:paraId="3BC3D73B" w14:textId="77777777" w:rsidR="008401DF" w:rsidRPr="001761BF" w:rsidRDefault="001761BF" w:rsidP="001761BF">
            <w:pPr>
              <w:jc w:val="center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Содержание</w:t>
            </w:r>
          </w:p>
        </w:tc>
        <w:tc>
          <w:tcPr>
            <w:tcW w:w="2311" w:type="dxa"/>
          </w:tcPr>
          <w:p w14:paraId="6324B677" w14:textId="77777777" w:rsidR="008401DF" w:rsidRPr="001761BF" w:rsidRDefault="002338EE" w:rsidP="001761B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1761BF">
              <w:rPr>
                <w:rFonts w:ascii="Times New Roman" w:hAnsi="Times New Roman" w:cs="Times New Roman"/>
                <w:sz w:val="28"/>
              </w:rPr>
              <w:t>Деятельность учащихся / УУД</w:t>
            </w:r>
          </w:p>
        </w:tc>
      </w:tr>
      <w:tr w:rsidR="00945E1E" w:rsidRPr="005B0D53" w14:paraId="2C42AAE2" w14:textId="77777777" w:rsidTr="001D3660">
        <w:tc>
          <w:tcPr>
            <w:tcW w:w="2308" w:type="dxa"/>
          </w:tcPr>
          <w:p w14:paraId="44B83FA7" w14:textId="3E401E8D" w:rsidR="008401DF" w:rsidRPr="00A33A3B" w:rsidRDefault="00A33A3B" w:rsidP="00A33A3B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</w:rPr>
              <w:t>I</w:t>
            </w:r>
            <w:r w:rsidRPr="00D36410">
              <w:rPr>
                <w:rFonts w:ascii="Times New Roman" w:hAnsi="Times New Roman" w:cs="Times New Roman"/>
                <w:sz w:val="28"/>
                <w:lang w:val="ru-RU"/>
              </w:rPr>
              <w:t xml:space="preserve">. </w:t>
            </w:r>
            <w:r w:rsidR="002338EE" w:rsidRPr="00D36410">
              <w:rPr>
                <w:rFonts w:ascii="Times New Roman" w:hAnsi="Times New Roman" w:cs="Times New Roman"/>
                <w:sz w:val="28"/>
                <w:lang w:val="ru-RU"/>
              </w:rPr>
              <w:t>Орг</w:t>
            </w:r>
            <w:r w:rsidRPr="00D36410">
              <w:rPr>
                <w:rFonts w:ascii="Times New Roman" w:hAnsi="Times New Roman" w:cs="Times New Roman"/>
                <w:sz w:val="28"/>
                <w:lang w:val="ru-RU"/>
              </w:rPr>
              <w:t xml:space="preserve">. </w:t>
            </w:r>
            <w:r w:rsidR="002338EE" w:rsidRPr="00D36410">
              <w:rPr>
                <w:rFonts w:ascii="Times New Roman" w:hAnsi="Times New Roman" w:cs="Times New Roman"/>
                <w:sz w:val="28"/>
                <w:lang w:val="ru-RU"/>
              </w:rPr>
              <w:t>момент (1 мин)</w:t>
            </w:r>
            <w:r w:rsidR="007657BD" w:rsidRPr="00A33A3B">
              <w:rPr>
                <w:rFonts w:ascii="Times New Roman" w:hAnsi="Times New Roman" w:cs="Times New Roman"/>
                <w:sz w:val="28"/>
                <w:lang w:val="ru-RU"/>
              </w:rPr>
              <w:t>.</w:t>
            </w:r>
          </w:p>
          <w:p w14:paraId="6B6EBDF6" w14:textId="77777777" w:rsidR="00E83DA5" w:rsidRDefault="00E83DA5" w:rsidP="00E83DA5">
            <w:pPr>
              <w:pStyle w:val="ae"/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127A6D79" w14:textId="77777777" w:rsidR="00E83DA5" w:rsidRPr="00E83DA5" w:rsidRDefault="00E83DA5" w:rsidP="00E83DA5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Словесный (беседа)</w:t>
            </w:r>
          </w:p>
        </w:tc>
        <w:tc>
          <w:tcPr>
            <w:tcW w:w="5608" w:type="dxa"/>
          </w:tcPr>
          <w:p w14:paraId="7DC66C08" w14:textId="0390044E" w:rsidR="001761BF" w:rsidRDefault="001761BF" w:rsidP="001761BF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</w:t>
            </w:r>
            <w:r w:rsidR="002338EE" w:rsidRPr="001761BF">
              <w:rPr>
                <w:rFonts w:ascii="Times New Roman" w:hAnsi="Times New Roman" w:cs="Times New Roman"/>
                <w:sz w:val="28"/>
                <w:lang w:val="ru-RU"/>
              </w:rPr>
              <w:t xml:space="preserve"> Добрый день, ребята! </w:t>
            </w:r>
            <w:r>
              <w:rPr>
                <w:rFonts w:ascii="Times New Roman" w:hAnsi="Times New Roman" w:cs="Times New Roman"/>
                <w:sz w:val="28"/>
                <w:lang w:val="ru-RU"/>
              </w:rPr>
              <w:t xml:space="preserve">Меня зовут </w:t>
            </w:r>
            <w:r w:rsidR="0050010D">
              <w:rPr>
                <w:rFonts w:ascii="Times New Roman" w:hAnsi="Times New Roman" w:cs="Times New Roman"/>
                <w:sz w:val="28"/>
                <w:lang w:val="ru-RU"/>
              </w:rPr>
              <w:t>Кира Кирилловна</w:t>
            </w:r>
            <w:r>
              <w:rPr>
                <w:rFonts w:ascii="Times New Roman" w:hAnsi="Times New Roman" w:cs="Times New Roman"/>
                <w:sz w:val="28"/>
                <w:lang w:val="ru-RU"/>
              </w:rPr>
              <w:t xml:space="preserve"> и сегодня я проведу у вас урок математики. Садитесь. </w:t>
            </w:r>
          </w:p>
          <w:p w14:paraId="402B6E23" w14:textId="29B92A07" w:rsidR="001761BF" w:rsidRDefault="001761BF" w:rsidP="001761BF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 xml:space="preserve">- </w:t>
            </w:r>
            <w:r w:rsidR="002338EE" w:rsidRPr="001761BF">
              <w:rPr>
                <w:rFonts w:ascii="Times New Roman" w:hAnsi="Times New Roman" w:cs="Times New Roman"/>
                <w:sz w:val="28"/>
                <w:lang w:val="ru-RU"/>
              </w:rPr>
              <w:t>Давайте проверим, готовы ли вы к уроку. Убедитесь, что на столах учебники, тетради</w:t>
            </w:r>
            <w:r w:rsidR="001D5595">
              <w:rPr>
                <w:rFonts w:ascii="Times New Roman" w:hAnsi="Times New Roman" w:cs="Times New Roman"/>
                <w:sz w:val="28"/>
                <w:lang w:val="ru-RU"/>
              </w:rPr>
              <w:t>, карточка под №</w:t>
            </w:r>
            <w:r w:rsidR="00D36410">
              <w:rPr>
                <w:rFonts w:ascii="Times New Roman" w:hAnsi="Times New Roman" w:cs="Times New Roman"/>
                <w:sz w:val="28"/>
                <w:lang w:val="ru-RU"/>
              </w:rPr>
              <w:t>1, конверты</w:t>
            </w:r>
            <w:r>
              <w:rPr>
                <w:rFonts w:ascii="Times New Roman" w:hAnsi="Times New Roman" w:cs="Times New Roman"/>
                <w:sz w:val="28"/>
                <w:lang w:val="ru-RU"/>
              </w:rPr>
              <w:t xml:space="preserve"> и письменные принадлежности</w:t>
            </w:r>
            <w:r w:rsidR="002338EE" w:rsidRPr="001761BF">
              <w:rPr>
                <w:rFonts w:ascii="Times New Roman" w:hAnsi="Times New Roman" w:cs="Times New Roman"/>
                <w:sz w:val="28"/>
                <w:lang w:val="ru-RU"/>
              </w:rPr>
              <w:t>.</w:t>
            </w:r>
            <w:r w:rsidR="0050010D">
              <w:rPr>
                <w:rFonts w:ascii="Times New Roman" w:hAnsi="Times New Roman" w:cs="Times New Roman"/>
                <w:sz w:val="28"/>
                <w:lang w:val="ru-RU"/>
              </w:rPr>
              <w:t xml:space="preserve"> Поднимите руку, если у кого-то чего-то не хватает.</w:t>
            </w:r>
          </w:p>
          <w:p w14:paraId="5D2CF8AC" w14:textId="4701E320" w:rsidR="008401DF" w:rsidRPr="001761BF" w:rsidRDefault="001761BF" w:rsidP="001761BF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 Отлично, мы можем начинать урок.</w:t>
            </w:r>
          </w:p>
        </w:tc>
        <w:tc>
          <w:tcPr>
            <w:tcW w:w="2311" w:type="dxa"/>
          </w:tcPr>
          <w:p w14:paraId="214CD506" w14:textId="77777777" w:rsidR="001761BF" w:rsidRDefault="001761BF" w:rsidP="001761BF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Здороваются с учителем,</w:t>
            </w:r>
            <w:r w:rsidR="002338EE" w:rsidRPr="001761BF">
              <w:rPr>
                <w:rFonts w:ascii="Times New Roman" w:hAnsi="Times New Roman" w:cs="Times New Roman"/>
                <w:sz w:val="28"/>
                <w:lang w:val="ru-RU"/>
              </w:rPr>
              <w:t xml:space="preserve"> проверяют </w:t>
            </w:r>
            <w:r>
              <w:rPr>
                <w:rFonts w:ascii="Times New Roman" w:hAnsi="Times New Roman" w:cs="Times New Roman"/>
                <w:sz w:val="28"/>
                <w:lang w:val="ru-RU"/>
              </w:rPr>
              <w:t>готовность к уроку</w:t>
            </w:r>
            <w:r w:rsidR="002338EE" w:rsidRPr="001761BF">
              <w:rPr>
                <w:rFonts w:ascii="Times New Roman" w:hAnsi="Times New Roman" w:cs="Times New Roman"/>
                <w:sz w:val="28"/>
                <w:lang w:val="ru-RU"/>
              </w:rPr>
              <w:t xml:space="preserve">. Настраиваются на работу. </w:t>
            </w:r>
          </w:p>
          <w:p w14:paraId="1B95084C" w14:textId="77777777" w:rsidR="006B2765" w:rsidRDefault="006B2765" w:rsidP="001761BF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3F6BF92B" w14:textId="77777777" w:rsidR="008401DF" w:rsidRPr="001761BF" w:rsidRDefault="002338EE" w:rsidP="001761BF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 w:rsidRPr="001761BF">
              <w:rPr>
                <w:rFonts w:ascii="Times New Roman" w:hAnsi="Times New Roman" w:cs="Times New Roman"/>
                <w:sz w:val="28"/>
                <w:lang w:val="ru-RU"/>
              </w:rPr>
              <w:t>Р</w:t>
            </w:r>
            <w:r w:rsidR="001761BF">
              <w:rPr>
                <w:rFonts w:ascii="Times New Roman" w:hAnsi="Times New Roman" w:cs="Times New Roman"/>
                <w:sz w:val="28"/>
                <w:lang w:val="ru-RU"/>
              </w:rPr>
              <w:t xml:space="preserve">: </w:t>
            </w:r>
            <w:r w:rsidRPr="001761BF">
              <w:rPr>
                <w:rFonts w:ascii="Times New Roman" w:hAnsi="Times New Roman" w:cs="Times New Roman"/>
                <w:sz w:val="28"/>
                <w:lang w:val="ru-RU"/>
              </w:rPr>
              <w:t>организация рабочего места, готовность к деятельности.</w:t>
            </w:r>
          </w:p>
        </w:tc>
      </w:tr>
      <w:tr w:rsidR="00945E1E" w:rsidRPr="005B0D53" w14:paraId="21CEB9EA" w14:textId="77777777" w:rsidTr="001D3660">
        <w:tc>
          <w:tcPr>
            <w:tcW w:w="2308" w:type="dxa"/>
          </w:tcPr>
          <w:p w14:paraId="3527A703" w14:textId="457D17CA" w:rsidR="008401DF" w:rsidRDefault="00C62D58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</w:rPr>
              <w:t>II</w:t>
            </w:r>
            <w:r w:rsidRPr="00D36410">
              <w:rPr>
                <w:rFonts w:ascii="Times New Roman" w:hAnsi="Times New Roman" w:cs="Times New Roman"/>
                <w:sz w:val="28"/>
                <w:lang w:val="ru-RU"/>
              </w:rPr>
              <w:t xml:space="preserve">. </w:t>
            </w:r>
            <w:r w:rsidR="002338EE" w:rsidRPr="00214716">
              <w:rPr>
                <w:rFonts w:ascii="Times New Roman" w:hAnsi="Times New Roman" w:cs="Times New Roman"/>
                <w:sz w:val="28"/>
                <w:lang w:val="ru-RU"/>
              </w:rPr>
              <w:t>Устный счет (3 мин)</w:t>
            </w:r>
            <w:r w:rsidR="007657BD">
              <w:rPr>
                <w:rFonts w:ascii="Times New Roman" w:hAnsi="Times New Roman" w:cs="Times New Roman"/>
                <w:sz w:val="28"/>
                <w:lang w:val="ru-RU"/>
              </w:rPr>
              <w:t>.</w:t>
            </w:r>
          </w:p>
          <w:p w14:paraId="4D3EF382" w14:textId="77777777" w:rsidR="00E83DA5" w:rsidRDefault="00E83DA5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35AD3A25" w14:textId="77777777" w:rsidR="00E83DA5" w:rsidRDefault="00E83DA5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Практический (выполнение заданий)</w:t>
            </w:r>
          </w:p>
          <w:p w14:paraId="03109EC4" w14:textId="6878F26F" w:rsidR="00D37A4B" w:rsidRPr="007657BD" w:rsidRDefault="00D37A4B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Словесный (инструктаж)</w:t>
            </w:r>
          </w:p>
        </w:tc>
        <w:tc>
          <w:tcPr>
            <w:tcW w:w="5608" w:type="dxa"/>
          </w:tcPr>
          <w:p w14:paraId="2FA78531" w14:textId="31F90A7D" w:rsidR="00307692" w:rsidRDefault="00307692" w:rsidP="00307692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</w:t>
            </w:r>
            <w:r w:rsidR="002338EE" w:rsidRPr="001761BF">
              <w:rPr>
                <w:rFonts w:ascii="Times New Roman" w:hAnsi="Times New Roman" w:cs="Times New Roman"/>
                <w:sz w:val="28"/>
                <w:lang w:val="ru-RU"/>
              </w:rPr>
              <w:t xml:space="preserve"> Начнем </w:t>
            </w:r>
            <w:r w:rsidR="001761BF">
              <w:rPr>
                <w:rFonts w:ascii="Times New Roman" w:hAnsi="Times New Roman" w:cs="Times New Roman"/>
                <w:sz w:val="28"/>
                <w:lang w:val="ru-RU"/>
              </w:rPr>
              <w:t xml:space="preserve">мы с вами </w:t>
            </w:r>
            <w:r w:rsidR="002338EE" w:rsidRPr="001761BF">
              <w:rPr>
                <w:rFonts w:ascii="Times New Roman" w:hAnsi="Times New Roman" w:cs="Times New Roman"/>
                <w:sz w:val="28"/>
                <w:lang w:val="ru-RU"/>
              </w:rPr>
              <w:t xml:space="preserve">с </w:t>
            </w:r>
            <w:r w:rsidR="001761BF">
              <w:rPr>
                <w:rFonts w:ascii="Times New Roman" w:hAnsi="Times New Roman" w:cs="Times New Roman"/>
                <w:sz w:val="28"/>
                <w:lang w:val="ru-RU"/>
              </w:rPr>
              <w:t>небольшого задания</w:t>
            </w:r>
            <w:r w:rsidR="002338EE" w:rsidRPr="001761BF">
              <w:rPr>
                <w:rFonts w:ascii="Times New Roman" w:hAnsi="Times New Roman" w:cs="Times New Roman"/>
                <w:sz w:val="28"/>
                <w:lang w:val="ru-RU"/>
              </w:rPr>
              <w:t xml:space="preserve">. </w:t>
            </w:r>
          </w:p>
          <w:p w14:paraId="091F9DED" w14:textId="43D35A9C" w:rsidR="00CB7012" w:rsidRDefault="00CB7012" w:rsidP="00307692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 Откройте тетради, запишите число, классная работа.</w:t>
            </w:r>
            <w:r w:rsidR="00D37A4B">
              <w:rPr>
                <w:rFonts w:ascii="Times New Roman" w:hAnsi="Times New Roman" w:cs="Times New Roman"/>
                <w:sz w:val="28"/>
                <w:lang w:val="ru-RU"/>
              </w:rPr>
              <w:t xml:space="preserve"> Не забывайте о правильной посадке.</w:t>
            </w:r>
          </w:p>
          <w:p w14:paraId="645F5128" w14:textId="473B0966" w:rsidR="00307692" w:rsidRDefault="00307692" w:rsidP="00307692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 xml:space="preserve">- </w:t>
            </w:r>
            <w:r w:rsidR="00D37A4B">
              <w:rPr>
                <w:rFonts w:ascii="Times New Roman" w:hAnsi="Times New Roman" w:cs="Times New Roman"/>
                <w:sz w:val="28"/>
                <w:lang w:val="ru-RU"/>
              </w:rPr>
              <w:t>Обратите внимание, сейчас на доске будут появляться по очереди 10 примеров. Вам нужно записать</w:t>
            </w:r>
            <w:r w:rsidR="000A45E2">
              <w:rPr>
                <w:rFonts w:ascii="Times New Roman" w:hAnsi="Times New Roman" w:cs="Times New Roman"/>
                <w:sz w:val="28"/>
                <w:lang w:val="ru-RU"/>
              </w:rPr>
              <w:t xml:space="preserve"> в тетради</w:t>
            </w:r>
            <w:r w:rsidR="00D37A4B">
              <w:rPr>
                <w:rFonts w:ascii="Times New Roman" w:hAnsi="Times New Roman" w:cs="Times New Roman"/>
                <w:sz w:val="28"/>
                <w:lang w:val="ru-RU"/>
              </w:rPr>
              <w:t xml:space="preserve"> в строчку только ответ через запятую</w:t>
            </w:r>
            <w:r w:rsidR="000A45E2">
              <w:rPr>
                <w:rFonts w:ascii="Times New Roman" w:hAnsi="Times New Roman" w:cs="Times New Roman"/>
                <w:sz w:val="28"/>
                <w:lang w:val="ru-RU"/>
              </w:rPr>
              <w:t>.</w:t>
            </w:r>
          </w:p>
          <w:p w14:paraId="439FEAFE" w14:textId="77777777" w:rsidR="00CB7012" w:rsidRDefault="00CB7012" w:rsidP="00307692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1A7072F4" w14:textId="7A0DF6F2" w:rsidR="00CB7012" w:rsidRPr="00CB7012" w:rsidRDefault="00CB7012" w:rsidP="00CB7012">
            <w:pPr>
              <w:pStyle w:val="ae"/>
              <w:numPr>
                <w:ilvl w:val="0"/>
                <w:numId w:val="16"/>
              </w:numPr>
              <w:rPr>
                <w:rFonts w:ascii="Times New Roman" w:hAnsi="Times New Roman" w:cs="Times New Roman"/>
                <w:b/>
                <w:sz w:val="28"/>
                <w:lang w:val="ru-RU"/>
              </w:rPr>
            </w:pPr>
            <w:r w:rsidRPr="00CB7012">
              <w:rPr>
                <w:rFonts w:ascii="Times New Roman" w:hAnsi="Times New Roman" w:cs="Times New Roman"/>
                <w:b/>
                <w:sz w:val="28"/>
                <w:lang w:val="ru-RU"/>
              </w:rPr>
              <w:t>7 × 8 = 5</w:t>
            </w:r>
            <w:r>
              <w:rPr>
                <w:rFonts w:ascii="Times New Roman" w:hAnsi="Times New Roman" w:cs="Times New Roman"/>
                <w:b/>
                <w:sz w:val="28"/>
                <w:lang w:val="ru-RU"/>
              </w:rPr>
              <w:t>6</w:t>
            </w:r>
          </w:p>
          <w:p w14:paraId="236B0514" w14:textId="3340C7B2" w:rsidR="00CB7012" w:rsidRPr="00CB7012" w:rsidRDefault="00CB7012" w:rsidP="00CB7012">
            <w:pPr>
              <w:pStyle w:val="ae"/>
              <w:numPr>
                <w:ilvl w:val="0"/>
                <w:numId w:val="16"/>
              </w:numPr>
              <w:rPr>
                <w:rFonts w:ascii="Times New Roman" w:hAnsi="Times New Roman" w:cs="Times New Roman"/>
                <w:b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lang w:val="ru-RU"/>
              </w:rPr>
              <w:t xml:space="preserve"> </w:t>
            </w:r>
            <w:r w:rsidRPr="00CB7012">
              <w:rPr>
                <w:rFonts w:ascii="Times New Roman" w:hAnsi="Times New Roman" w:cs="Times New Roman"/>
                <w:b/>
                <w:sz w:val="28"/>
                <w:lang w:val="ru-RU"/>
              </w:rPr>
              <w:t>9 × 6 = 54</w:t>
            </w:r>
          </w:p>
          <w:p w14:paraId="5BAE8A1C" w14:textId="5745FE7C" w:rsidR="00CB7012" w:rsidRPr="00CB7012" w:rsidRDefault="00CB7012" w:rsidP="00CB7012">
            <w:pPr>
              <w:pStyle w:val="ae"/>
              <w:numPr>
                <w:ilvl w:val="0"/>
                <w:numId w:val="16"/>
              </w:numPr>
              <w:rPr>
                <w:rFonts w:ascii="Times New Roman" w:hAnsi="Times New Roman" w:cs="Times New Roman"/>
                <w:b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lang w:val="ru-RU"/>
              </w:rPr>
              <w:t xml:space="preserve"> </w:t>
            </w:r>
            <w:r w:rsidRPr="00CB7012">
              <w:rPr>
                <w:rFonts w:ascii="Times New Roman" w:hAnsi="Times New Roman" w:cs="Times New Roman"/>
                <w:b/>
                <w:sz w:val="28"/>
                <w:lang w:val="ru-RU"/>
              </w:rPr>
              <w:t>56 ÷ 8 = 7</w:t>
            </w:r>
          </w:p>
          <w:p w14:paraId="0D72DF8D" w14:textId="1E5252FA" w:rsidR="00CB7012" w:rsidRPr="00CB7012" w:rsidRDefault="00CB7012" w:rsidP="00CB7012">
            <w:pPr>
              <w:pStyle w:val="ae"/>
              <w:numPr>
                <w:ilvl w:val="0"/>
                <w:numId w:val="16"/>
              </w:numPr>
              <w:rPr>
                <w:rFonts w:ascii="Times New Roman" w:hAnsi="Times New Roman" w:cs="Times New Roman"/>
                <w:b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lang w:val="ru-RU"/>
              </w:rPr>
              <w:t xml:space="preserve"> </w:t>
            </w:r>
            <w:r w:rsidRPr="00CB7012">
              <w:rPr>
                <w:rFonts w:ascii="Times New Roman" w:hAnsi="Times New Roman" w:cs="Times New Roman"/>
                <w:b/>
                <w:sz w:val="28"/>
                <w:lang w:val="ru-RU"/>
              </w:rPr>
              <w:t>81 ÷ 9 = 9</w:t>
            </w:r>
          </w:p>
          <w:p w14:paraId="39C3AAF4" w14:textId="78C0FA61" w:rsidR="00CB7012" w:rsidRPr="00CB7012" w:rsidRDefault="00CB7012" w:rsidP="00CB7012">
            <w:pPr>
              <w:pStyle w:val="ae"/>
              <w:numPr>
                <w:ilvl w:val="0"/>
                <w:numId w:val="16"/>
              </w:numPr>
              <w:rPr>
                <w:rFonts w:ascii="Times New Roman" w:hAnsi="Times New Roman" w:cs="Times New Roman"/>
                <w:b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lang w:val="ru-RU"/>
              </w:rPr>
              <w:t xml:space="preserve"> </w:t>
            </w:r>
            <w:r w:rsidRPr="00CB7012">
              <w:rPr>
                <w:rFonts w:ascii="Times New Roman" w:hAnsi="Times New Roman" w:cs="Times New Roman"/>
                <w:b/>
                <w:sz w:val="28"/>
                <w:lang w:val="ru-RU"/>
              </w:rPr>
              <w:t>12 × 5 = 60</w:t>
            </w:r>
          </w:p>
          <w:p w14:paraId="731D0874" w14:textId="4BFE604B" w:rsidR="00CB7012" w:rsidRPr="00CB7012" w:rsidRDefault="00CB7012" w:rsidP="00CB7012">
            <w:pPr>
              <w:pStyle w:val="ae"/>
              <w:numPr>
                <w:ilvl w:val="0"/>
                <w:numId w:val="16"/>
              </w:numPr>
              <w:rPr>
                <w:rFonts w:ascii="Times New Roman" w:hAnsi="Times New Roman" w:cs="Times New Roman"/>
                <w:b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lang w:val="ru-RU"/>
              </w:rPr>
              <w:t xml:space="preserve"> </w:t>
            </w:r>
            <w:r w:rsidRPr="00CB7012">
              <w:rPr>
                <w:rFonts w:ascii="Times New Roman" w:hAnsi="Times New Roman" w:cs="Times New Roman"/>
                <w:b/>
                <w:sz w:val="28"/>
                <w:lang w:val="ru-RU"/>
              </w:rPr>
              <w:t>64 ÷ 8 = 8</w:t>
            </w:r>
          </w:p>
          <w:p w14:paraId="3E325CDC" w14:textId="243CCFD8" w:rsidR="00CB7012" w:rsidRPr="00CB7012" w:rsidRDefault="00CB7012" w:rsidP="00CB7012">
            <w:pPr>
              <w:pStyle w:val="ae"/>
              <w:numPr>
                <w:ilvl w:val="0"/>
                <w:numId w:val="16"/>
              </w:numPr>
              <w:rPr>
                <w:rFonts w:ascii="Times New Roman" w:hAnsi="Times New Roman" w:cs="Times New Roman"/>
                <w:b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lang w:val="ru-RU"/>
              </w:rPr>
              <w:t xml:space="preserve"> </w:t>
            </w:r>
            <w:r w:rsidRPr="00CB7012">
              <w:rPr>
                <w:rFonts w:ascii="Times New Roman" w:hAnsi="Times New Roman" w:cs="Times New Roman"/>
                <w:b/>
                <w:sz w:val="28"/>
                <w:lang w:val="ru-RU"/>
              </w:rPr>
              <w:t>6 × 7 = 42</w:t>
            </w:r>
          </w:p>
          <w:p w14:paraId="6EEC57C7" w14:textId="03EC887D" w:rsidR="00CB7012" w:rsidRPr="00CB7012" w:rsidRDefault="00CB7012" w:rsidP="00CB7012">
            <w:pPr>
              <w:pStyle w:val="ae"/>
              <w:numPr>
                <w:ilvl w:val="0"/>
                <w:numId w:val="16"/>
              </w:numPr>
              <w:rPr>
                <w:rFonts w:ascii="Times New Roman" w:hAnsi="Times New Roman" w:cs="Times New Roman"/>
                <w:b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lang w:val="ru-RU"/>
              </w:rPr>
              <w:t xml:space="preserve"> </w:t>
            </w:r>
            <w:r w:rsidRPr="00CB7012">
              <w:rPr>
                <w:rFonts w:ascii="Times New Roman" w:hAnsi="Times New Roman" w:cs="Times New Roman"/>
                <w:b/>
                <w:sz w:val="28"/>
                <w:lang w:val="ru-RU"/>
              </w:rPr>
              <w:t>45 ÷ 5 = 9</w:t>
            </w:r>
          </w:p>
          <w:p w14:paraId="7BF05B96" w14:textId="06DA71E9" w:rsidR="00CB7012" w:rsidRPr="00CB7012" w:rsidRDefault="00CB7012" w:rsidP="00CB7012">
            <w:pPr>
              <w:pStyle w:val="ae"/>
              <w:numPr>
                <w:ilvl w:val="0"/>
                <w:numId w:val="16"/>
              </w:numPr>
              <w:rPr>
                <w:rFonts w:ascii="Times New Roman" w:hAnsi="Times New Roman" w:cs="Times New Roman"/>
                <w:b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lang w:val="ru-RU"/>
              </w:rPr>
              <w:t xml:space="preserve"> </w:t>
            </w:r>
            <w:r w:rsidRPr="00CB7012">
              <w:rPr>
                <w:rFonts w:ascii="Times New Roman" w:hAnsi="Times New Roman" w:cs="Times New Roman"/>
                <w:b/>
                <w:sz w:val="28"/>
                <w:lang w:val="ru-RU"/>
              </w:rPr>
              <w:t>9 × 9 = 81</w:t>
            </w:r>
          </w:p>
          <w:p w14:paraId="20018A09" w14:textId="0550B2EB" w:rsidR="00CB7012" w:rsidRPr="00CB7012" w:rsidRDefault="00CB7012" w:rsidP="00CB7012">
            <w:pPr>
              <w:pStyle w:val="ae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b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lang w:val="ru-RU"/>
              </w:rPr>
              <w:t xml:space="preserve"> </w:t>
            </w:r>
            <w:r w:rsidRPr="00CB7012">
              <w:rPr>
                <w:rFonts w:ascii="Times New Roman" w:hAnsi="Times New Roman" w:cs="Times New Roman"/>
                <w:b/>
                <w:sz w:val="28"/>
                <w:lang w:val="ru-RU"/>
              </w:rPr>
              <w:t>72 ÷ 8 = 9</w:t>
            </w:r>
          </w:p>
          <w:p w14:paraId="1FDDE9D7" w14:textId="2008B37E" w:rsidR="00CB7012" w:rsidRDefault="00CB7012" w:rsidP="00307692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 xml:space="preserve">- </w:t>
            </w:r>
            <w:r w:rsidR="00D36410">
              <w:rPr>
                <w:rFonts w:ascii="Times New Roman" w:hAnsi="Times New Roman" w:cs="Times New Roman"/>
                <w:sz w:val="28"/>
                <w:lang w:val="ru-RU"/>
              </w:rPr>
              <w:t>П</w:t>
            </w:r>
            <w:r>
              <w:rPr>
                <w:rFonts w:ascii="Times New Roman" w:hAnsi="Times New Roman" w:cs="Times New Roman"/>
                <w:sz w:val="28"/>
                <w:lang w:val="ru-RU"/>
              </w:rPr>
              <w:t>осмотрите на слайд и проверьте ответы.</w:t>
            </w:r>
          </w:p>
          <w:p w14:paraId="18004BC0" w14:textId="0983C9B5" w:rsidR="00307692" w:rsidRDefault="00307692" w:rsidP="00307692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 Поднимите руку, кто допустил больше 3 ошибок.</w:t>
            </w:r>
          </w:p>
          <w:p w14:paraId="5E66CE7A" w14:textId="77777777" w:rsidR="00307692" w:rsidRDefault="00307692" w:rsidP="00307692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 Поднимите руку, кто допустил 2 ошибки.</w:t>
            </w:r>
          </w:p>
          <w:p w14:paraId="290C1456" w14:textId="77487A8A" w:rsidR="008401DF" w:rsidRPr="001761BF" w:rsidRDefault="00307692" w:rsidP="00307692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 Поднимите руку те, кто не допустил ни одной ошибки. Отлично! Поставьте себе + на полях.</w:t>
            </w:r>
          </w:p>
        </w:tc>
        <w:tc>
          <w:tcPr>
            <w:tcW w:w="2311" w:type="dxa"/>
          </w:tcPr>
          <w:p w14:paraId="4F74DDF0" w14:textId="77777777" w:rsidR="00307692" w:rsidRDefault="00307692" w:rsidP="00307692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 xml:space="preserve">Выполняют задание на табличное умножение и деление. </w:t>
            </w:r>
          </w:p>
          <w:p w14:paraId="517330F4" w14:textId="77777777" w:rsidR="006B2765" w:rsidRDefault="006B2765" w:rsidP="00307692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4B29E8A4" w14:textId="77777777" w:rsidR="008401DF" w:rsidRPr="00307692" w:rsidRDefault="00307692" w:rsidP="00307692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П</w:t>
            </w:r>
            <w:r w:rsidR="002338EE" w:rsidRPr="00307692">
              <w:rPr>
                <w:rFonts w:ascii="Times New Roman" w:hAnsi="Times New Roman" w:cs="Times New Roman"/>
                <w:sz w:val="28"/>
                <w:lang w:val="ru-RU"/>
              </w:rPr>
              <w:t xml:space="preserve">: закрепление </w:t>
            </w:r>
            <w:r>
              <w:rPr>
                <w:rFonts w:ascii="Times New Roman" w:hAnsi="Times New Roman" w:cs="Times New Roman"/>
                <w:sz w:val="28"/>
                <w:lang w:val="ru-RU"/>
              </w:rPr>
              <w:t>знания таблицы умножения</w:t>
            </w:r>
            <w:r w:rsidR="002338EE" w:rsidRPr="00307692">
              <w:rPr>
                <w:rFonts w:ascii="Times New Roman" w:hAnsi="Times New Roman" w:cs="Times New Roman"/>
                <w:sz w:val="28"/>
                <w:lang w:val="ru-RU"/>
              </w:rPr>
              <w:t>.</w:t>
            </w:r>
          </w:p>
        </w:tc>
      </w:tr>
      <w:tr w:rsidR="00945E1E" w:rsidRPr="005B0D53" w14:paraId="55312117" w14:textId="77777777" w:rsidTr="001D3660">
        <w:tc>
          <w:tcPr>
            <w:tcW w:w="2308" w:type="dxa"/>
          </w:tcPr>
          <w:p w14:paraId="247C8660" w14:textId="77777777" w:rsidR="008401DF" w:rsidRDefault="00C62D58" w:rsidP="00C62D58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III</w:t>
            </w:r>
            <w:r w:rsidRPr="00C62D58">
              <w:rPr>
                <w:rFonts w:ascii="Times New Roman" w:hAnsi="Times New Roman" w:cs="Times New Roman"/>
                <w:sz w:val="28"/>
                <w:lang w:val="ru-RU"/>
              </w:rPr>
              <w:t xml:space="preserve">. </w:t>
            </w:r>
            <w:r w:rsidR="002338EE" w:rsidRPr="00C62D58">
              <w:rPr>
                <w:rFonts w:ascii="Times New Roman" w:hAnsi="Times New Roman" w:cs="Times New Roman"/>
                <w:sz w:val="28"/>
                <w:lang w:val="ru-RU"/>
              </w:rPr>
              <w:t>Сообщение темы и постановка задач (3 мин)</w:t>
            </w:r>
            <w:r w:rsidR="007657BD" w:rsidRPr="00C62D58">
              <w:rPr>
                <w:rFonts w:ascii="Times New Roman" w:hAnsi="Times New Roman" w:cs="Times New Roman"/>
                <w:sz w:val="28"/>
                <w:lang w:val="ru-RU"/>
              </w:rPr>
              <w:t>.</w:t>
            </w:r>
          </w:p>
          <w:p w14:paraId="094172DA" w14:textId="77777777" w:rsidR="009E2D95" w:rsidRDefault="009E2D95" w:rsidP="00C62D58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5AB1F9B0" w14:textId="77777777" w:rsidR="009E2D95" w:rsidRDefault="009E2D95" w:rsidP="00C62D58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2FFE3119" w14:textId="77777777" w:rsidR="009E2D95" w:rsidRDefault="009E2D95" w:rsidP="00C62D58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4ECDDD4D" w14:textId="77777777" w:rsidR="009E2D95" w:rsidRDefault="009E2D95" w:rsidP="00C62D58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4766CE53" w14:textId="4C373E93" w:rsidR="009E2D95" w:rsidRPr="00C62D58" w:rsidRDefault="009E2D95" w:rsidP="00C62D58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Практический: выполнение заданий</w:t>
            </w:r>
          </w:p>
        </w:tc>
        <w:tc>
          <w:tcPr>
            <w:tcW w:w="5608" w:type="dxa"/>
          </w:tcPr>
          <w:p w14:paraId="3A875611" w14:textId="367251DA" w:rsidR="00D36410" w:rsidRDefault="00040A98" w:rsidP="00CB7012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</w:t>
            </w:r>
            <w:r w:rsidR="002338EE" w:rsidRPr="001761BF">
              <w:rPr>
                <w:rFonts w:ascii="Times New Roman" w:hAnsi="Times New Roman" w:cs="Times New Roman"/>
                <w:sz w:val="28"/>
                <w:lang w:val="ru-RU"/>
              </w:rPr>
              <w:t xml:space="preserve"> </w:t>
            </w:r>
            <w:r w:rsidR="00CB7012">
              <w:rPr>
                <w:rFonts w:ascii="Times New Roman" w:hAnsi="Times New Roman" w:cs="Times New Roman"/>
                <w:sz w:val="28"/>
                <w:lang w:val="ru-RU"/>
              </w:rPr>
              <w:t xml:space="preserve">А теперь </w:t>
            </w:r>
            <w:r w:rsidR="00272BAA">
              <w:rPr>
                <w:rFonts w:ascii="Times New Roman" w:hAnsi="Times New Roman" w:cs="Times New Roman"/>
                <w:sz w:val="28"/>
                <w:lang w:val="ru-RU"/>
              </w:rPr>
              <w:t>откройте конверты и возьмите</w:t>
            </w:r>
            <w:r w:rsidR="00CB7012">
              <w:rPr>
                <w:rFonts w:ascii="Times New Roman" w:hAnsi="Times New Roman" w:cs="Times New Roman"/>
                <w:sz w:val="28"/>
                <w:lang w:val="ru-RU"/>
              </w:rPr>
              <w:t xml:space="preserve"> карточку под номером 1</w:t>
            </w:r>
            <w:r w:rsidR="00DF234E">
              <w:rPr>
                <w:rFonts w:ascii="Times New Roman" w:hAnsi="Times New Roman" w:cs="Times New Roman"/>
                <w:sz w:val="28"/>
                <w:lang w:val="ru-RU"/>
              </w:rPr>
              <w:t xml:space="preserve">. Какую фигуру вы видите в первом номере? (Прямоугольник) </w:t>
            </w:r>
          </w:p>
          <w:p w14:paraId="3B0AAF82" w14:textId="53227EB4" w:rsidR="00DF234E" w:rsidRDefault="00DF234E" w:rsidP="00CB7012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 Ребята, как нужно находить площадь прямоугольника? (Нужно длину умножить на ширину)</w:t>
            </w:r>
          </w:p>
          <w:p w14:paraId="39ECDC27" w14:textId="11D2FB6A" w:rsidR="00272BAA" w:rsidRPr="00272BAA" w:rsidRDefault="00272BAA" w:rsidP="00CB7012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 В чем измеряется площадь? (в см</w:t>
            </w:r>
            <w:r>
              <w:rPr>
                <w:rFonts w:ascii="Times New Roman" w:hAnsi="Times New Roman" w:cs="Times New Roman"/>
                <w:sz w:val="28"/>
                <w:vertAlign w:val="superscript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8"/>
                <w:lang w:val="ru-RU"/>
              </w:rPr>
              <w:t>)</w:t>
            </w:r>
          </w:p>
          <w:p w14:paraId="21BAD571" w14:textId="4E737DB5" w:rsidR="00DF234E" w:rsidRDefault="00DF234E" w:rsidP="00CB7012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 Хорошо, выполните первый номер.</w:t>
            </w:r>
          </w:p>
          <w:p w14:paraId="2758162D" w14:textId="63D100C7" w:rsidR="00A33A3B" w:rsidRDefault="00A33A3B" w:rsidP="00CB7012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 Что у вас получилось? Как нашли?</w:t>
            </w:r>
          </w:p>
          <w:p w14:paraId="240D2515" w14:textId="1565516A" w:rsidR="00CB7012" w:rsidRPr="00D36410" w:rsidRDefault="00A53FE9" w:rsidP="00CB7012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 w:rsidRPr="00D36410">
              <w:rPr>
                <w:rFonts w:ascii="Times New Roman" w:hAnsi="Times New Roman" w:cs="Times New Roman"/>
                <w:sz w:val="28"/>
                <w:lang w:val="ru-RU"/>
              </w:rPr>
              <w:t>(</w:t>
            </w:r>
            <w:r>
              <w:rPr>
                <w:rFonts w:ascii="Times New Roman" w:hAnsi="Times New Roman" w:cs="Times New Roman"/>
                <w:sz w:val="28"/>
              </w:rPr>
              <w:t>S</w:t>
            </w:r>
            <w:r w:rsidRPr="00D36410">
              <w:rPr>
                <w:rFonts w:ascii="Times New Roman" w:hAnsi="Times New Roman" w:cs="Times New Roman"/>
                <w:sz w:val="28"/>
                <w:lang w:val="ru-RU"/>
              </w:rPr>
              <w:t>=</w:t>
            </w:r>
            <w:r w:rsidR="00DF234E">
              <w:rPr>
                <w:rFonts w:ascii="Times New Roman" w:hAnsi="Times New Roman" w:cs="Times New Roman"/>
                <w:sz w:val="28"/>
                <w:lang w:val="ru-RU"/>
              </w:rPr>
              <w:t>4*3=12</w:t>
            </w:r>
            <w:r w:rsidR="00272BAA">
              <w:rPr>
                <w:rFonts w:ascii="Times New Roman" w:hAnsi="Times New Roman" w:cs="Times New Roman"/>
                <w:sz w:val="28"/>
                <w:lang w:val="ru-RU"/>
              </w:rPr>
              <w:t xml:space="preserve"> см</w:t>
            </w:r>
            <w:r w:rsidR="00272BAA">
              <w:rPr>
                <w:rFonts w:ascii="Times New Roman" w:hAnsi="Times New Roman" w:cs="Times New Roman"/>
                <w:sz w:val="28"/>
                <w:vertAlign w:val="superscript"/>
                <w:lang w:val="ru-RU"/>
              </w:rPr>
              <w:t>2</w:t>
            </w:r>
            <w:r w:rsidRPr="00D36410">
              <w:rPr>
                <w:rFonts w:ascii="Times New Roman" w:hAnsi="Times New Roman" w:cs="Times New Roman"/>
                <w:sz w:val="28"/>
                <w:lang w:val="ru-RU"/>
              </w:rPr>
              <w:t>)</w:t>
            </w:r>
          </w:p>
          <w:p w14:paraId="5B3038A2" w14:textId="6D1BE194" w:rsidR="00A33A3B" w:rsidRDefault="00CB7012" w:rsidP="00CB7012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 Хорошо,</w:t>
            </w:r>
            <w:r w:rsidR="00A33A3B">
              <w:rPr>
                <w:rFonts w:ascii="Times New Roman" w:hAnsi="Times New Roman" w:cs="Times New Roman"/>
                <w:sz w:val="28"/>
                <w:lang w:val="ru-RU"/>
              </w:rPr>
              <w:t xml:space="preserve"> теперь посмотрите на фигуру из второго номера. Знаете ли вы как найти ее площадь? (нет)</w:t>
            </w:r>
          </w:p>
          <w:p w14:paraId="26FDE71B" w14:textId="60C776F1" w:rsidR="00A33A3B" w:rsidRDefault="00A33A3B" w:rsidP="00CB7012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 Сегодня мы узнаем, как же находить площадь таких фигур и познакомимся со специальным приспособлением, посмотри</w:t>
            </w:r>
            <w:r w:rsidR="00272BAA">
              <w:rPr>
                <w:rFonts w:ascii="Times New Roman" w:hAnsi="Times New Roman" w:cs="Times New Roman"/>
                <w:sz w:val="28"/>
                <w:lang w:val="ru-RU"/>
              </w:rPr>
              <w:t>те</w:t>
            </w:r>
            <w:r>
              <w:rPr>
                <w:rFonts w:ascii="Times New Roman" w:hAnsi="Times New Roman" w:cs="Times New Roman"/>
                <w:sz w:val="28"/>
                <w:lang w:val="ru-RU"/>
              </w:rPr>
              <w:t xml:space="preserve">, кто знает, как оно называется? </w:t>
            </w:r>
          </w:p>
          <w:p w14:paraId="16BD43BF" w14:textId="6E1EB11C" w:rsidR="00A33A3B" w:rsidRDefault="00A33A3B" w:rsidP="00CB7012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 Это приспособление называется палетка</w:t>
            </w:r>
          </w:p>
          <w:p w14:paraId="2795A55A" w14:textId="6CF90E00" w:rsidR="00A33A3B" w:rsidRDefault="00A33A3B" w:rsidP="00CB7012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 Как вы думаете, какая будет тема нашего урока? (Измерение площади фигур при помощи палетки)</w:t>
            </w:r>
          </w:p>
          <w:p w14:paraId="38D8B24D" w14:textId="4E7A3CE0" w:rsidR="00A33A3B" w:rsidRDefault="00A33A3B" w:rsidP="00CB7012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 Верно, тема нашего урока «</w:t>
            </w:r>
            <w:bookmarkStart w:id="2" w:name="_Hlk211545915"/>
            <w:r w:rsidRPr="00A33A3B">
              <w:rPr>
                <w:rFonts w:ascii="Times New Roman" w:hAnsi="Times New Roman" w:cs="Times New Roman"/>
                <w:sz w:val="28"/>
                <w:lang w:val="ru-RU"/>
              </w:rPr>
              <w:t>Измерение площади фигур при помощи палетки</w:t>
            </w:r>
            <w:bookmarkEnd w:id="2"/>
            <w:r>
              <w:rPr>
                <w:rFonts w:ascii="Times New Roman" w:hAnsi="Times New Roman" w:cs="Times New Roman"/>
                <w:sz w:val="28"/>
                <w:lang w:val="ru-RU"/>
              </w:rPr>
              <w:t>»</w:t>
            </w:r>
          </w:p>
          <w:p w14:paraId="00975975" w14:textId="2B600DA4" w:rsidR="00A33A3B" w:rsidRDefault="00A33A3B" w:rsidP="00CB7012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 Подумайте, какие задачи мы можем поставить на урок?</w:t>
            </w:r>
          </w:p>
          <w:p w14:paraId="3215165E" w14:textId="6C514572" w:rsidR="00A33A3B" w:rsidRDefault="00A33A3B" w:rsidP="00CB7012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1. Узнать, что такое палетка</w:t>
            </w:r>
          </w:p>
          <w:p w14:paraId="6E0B0587" w14:textId="19B4CBB2" w:rsidR="00A33A3B" w:rsidRDefault="00A33A3B" w:rsidP="00CB7012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2. научиться измерять площадь фигур при помощи палетки</w:t>
            </w:r>
          </w:p>
          <w:p w14:paraId="49DDB8F6" w14:textId="41F8FEEA" w:rsidR="00CB7012" w:rsidRPr="00CB7012" w:rsidRDefault="00CB7012" w:rsidP="00CB7012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</w:p>
        </w:tc>
        <w:tc>
          <w:tcPr>
            <w:tcW w:w="2311" w:type="dxa"/>
          </w:tcPr>
          <w:p w14:paraId="5A0D9B91" w14:textId="77777777" w:rsidR="006B2765" w:rsidRDefault="007657BD" w:rsidP="007657BD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С</w:t>
            </w:r>
            <w:r w:rsidR="002338EE" w:rsidRPr="001761BF">
              <w:rPr>
                <w:rFonts w:ascii="Times New Roman" w:hAnsi="Times New Roman" w:cs="Times New Roman"/>
                <w:sz w:val="28"/>
                <w:lang w:val="ru-RU"/>
              </w:rPr>
              <w:t xml:space="preserve">лушают, формулируют тему урока, озвучивают цели. </w:t>
            </w:r>
          </w:p>
          <w:p w14:paraId="57160096" w14:textId="77777777" w:rsidR="006B2765" w:rsidRDefault="006B2765" w:rsidP="007657BD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02215E73" w14:textId="77777777" w:rsidR="008401DF" w:rsidRPr="001761BF" w:rsidRDefault="002338EE" w:rsidP="007657BD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 w:rsidRPr="001761BF">
              <w:rPr>
                <w:rFonts w:ascii="Times New Roman" w:hAnsi="Times New Roman" w:cs="Times New Roman"/>
                <w:sz w:val="28"/>
                <w:lang w:val="ru-RU"/>
              </w:rPr>
              <w:t>П: постановка учебной задачи, планирование действий.</w:t>
            </w:r>
          </w:p>
        </w:tc>
      </w:tr>
      <w:tr w:rsidR="00945E1E" w:rsidRPr="005B0D53" w14:paraId="73712492" w14:textId="77777777" w:rsidTr="001D3660">
        <w:tc>
          <w:tcPr>
            <w:tcW w:w="2308" w:type="dxa"/>
          </w:tcPr>
          <w:p w14:paraId="2D4367AF" w14:textId="073D95EB" w:rsidR="00A33A3B" w:rsidRPr="00A33A3B" w:rsidRDefault="00C62D58" w:rsidP="00A33A3B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</w:rPr>
              <w:t>IV</w:t>
            </w:r>
            <w:r w:rsidRPr="00D36410">
              <w:rPr>
                <w:rFonts w:ascii="Times New Roman" w:hAnsi="Times New Roman" w:cs="Times New Roman"/>
                <w:sz w:val="28"/>
                <w:lang w:val="ru-RU"/>
              </w:rPr>
              <w:t xml:space="preserve">. </w:t>
            </w:r>
            <w:r w:rsidR="00A33A3B" w:rsidRPr="00A33A3B">
              <w:rPr>
                <w:rFonts w:ascii="Times New Roman" w:hAnsi="Times New Roman" w:cs="Times New Roman"/>
                <w:sz w:val="28"/>
                <w:lang w:val="ru-RU"/>
              </w:rPr>
              <w:t>Открытие нового знания</w:t>
            </w:r>
          </w:p>
          <w:p w14:paraId="5E37D7A5" w14:textId="0DED5E6C" w:rsidR="00E83DA5" w:rsidRDefault="00A33A3B" w:rsidP="00A33A3B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 w:rsidRPr="00A33A3B">
              <w:rPr>
                <w:rFonts w:ascii="Times New Roman" w:hAnsi="Times New Roman" w:cs="Times New Roman"/>
                <w:sz w:val="28"/>
                <w:lang w:val="ru-RU"/>
              </w:rPr>
              <w:t>(8 мин.)</w:t>
            </w:r>
          </w:p>
          <w:p w14:paraId="1F58CA48" w14:textId="77777777" w:rsidR="00E83DA5" w:rsidRDefault="00E83DA5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08670F04" w14:textId="77777777" w:rsidR="009E2D95" w:rsidRDefault="009E2D95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47BB2599" w14:textId="77777777" w:rsidR="009E2D95" w:rsidRDefault="009E2D95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5FF8411C" w14:textId="7312ECA2" w:rsidR="009E2D95" w:rsidRDefault="009E2D95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Наглядный: палетка</w:t>
            </w:r>
          </w:p>
          <w:p w14:paraId="4AA17B60" w14:textId="63AB9F51" w:rsidR="00E83DA5" w:rsidRDefault="009E2D95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С</w:t>
            </w:r>
            <w:r w:rsidR="00E83DA5">
              <w:rPr>
                <w:rFonts w:ascii="Times New Roman" w:hAnsi="Times New Roman" w:cs="Times New Roman"/>
                <w:sz w:val="28"/>
                <w:lang w:val="ru-RU"/>
              </w:rPr>
              <w:t>ловесный (беседа)</w:t>
            </w:r>
          </w:p>
          <w:p w14:paraId="3006FDC6" w14:textId="77777777" w:rsidR="00E83DA5" w:rsidRDefault="00E83DA5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17425DFD" w14:textId="77777777" w:rsidR="00E83DA5" w:rsidRDefault="00E83DA5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681C6A35" w14:textId="77777777" w:rsidR="00E83DA5" w:rsidRDefault="00E83DA5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25234F0B" w14:textId="77777777" w:rsidR="00E83DA5" w:rsidRDefault="00E83DA5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569C2007" w14:textId="77777777" w:rsidR="00E83DA5" w:rsidRDefault="00E83DA5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3E858DE0" w14:textId="77777777" w:rsidR="00E83DA5" w:rsidRDefault="00E83DA5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24A0A258" w14:textId="77777777" w:rsidR="00E83DA5" w:rsidRDefault="00E83DA5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4180C6E3" w14:textId="08F8B2A0" w:rsidR="00E83DA5" w:rsidRDefault="00272BAA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Наглядный</w:t>
            </w:r>
            <w:r w:rsidR="009E2D95">
              <w:rPr>
                <w:rFonts w:ascii="Times New Roman" w:hAnsi="Times New Roman" w:cs="Times New Roman"/>
                <w:sz w:val="28"/>
                <w:lang w:val="ru-RU"/>
              </w:rPr>
              <w:t>: учебник</w:t>
            </w:r>
          </w:p>
          <w:p w14:paraId="045ABFCB" w14:textId="77777777" w:rsidR="00E83DA5" w:rsidRDefault="00E83DA5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287C939B" w14:textId="77777777" w:rsidR="00E83DA5" w:rsidRDefault="00E83DA5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3BD955CA" w14:textId="77777777" w:rsidR="009E2D95" w:rsidRDefault="009E2D95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397CC1E2" w14:textId="77777777" w:rsidR="009E2D95" w:rsidRDefault="009E2D95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2792E9EA" w14:textId="77777777" w:rsidR="009E2D95" w:rsidRDefault="009E2D95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736551E8" w14:textId="77777777" w:rsidR="009E2D95" w:rsidRDefault="009E2D95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67B1E1F7" w14:textId="77777777" w:rsidR="009E2D95" w:rsidRDefault="009E2D95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002DC0B5" w14:textId="77777777" w:rsidR="009E2D95" w:rsidRDefault="009E2D95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0A9406BE" w14:textId="77777777" w:rsidR="009E2D95" w:rsidRDefault="009E2D95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2735274F" w14:textId="77777777" w:rsidR="009E2D95" w:rsidRDefault="009E2D95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4E377860" w14:textId="77777777" w:rsidR="00E83DA5" w:rsidRDefault="00E83DA5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4111D743" w14:textId="77777777" w:rsidR="00E83DA5" w:rsidRDefault="00E83DA5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Практический (выполнение заданий)</w:t>
            </w:r>
          </w:p>
          <w:p w14:paraId="647BFDC1" w14:textId="77777777" w:rsidR="00E83DA5" w:rsidRDefault="00E83DA5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03C2BBD8" w14:textId="77777777" w:rsidR="00E83DA5" w:rsidRDefault="00E83DA5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60AD0211" w14:textId="77777777" w:rsidR="00E83DA5" w:rsidRDefault="00E83DA5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683533A5" w14:textId="77777777" w:rsidR="00E83DA5" w:rsidRDefault="00E83DA5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29AB37FA" w14:textId="77777777" w:rsidR="00826053" w:rsidRDefault="00826053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3C9210E0" w14:textId="77777777" w:rsidR="009E2D95" w:rsidRDefault="009E2D95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31A3520D" w14:textId="77777777" w:rsidR="009E2D95" w:rsidRDefault="009E2D95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1B061333" w14:textId="77777777" w:rsidR="00826053" w:rsidRDefault="00826053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531B545B" w14:textId="77777777" w:rsidR="00826053" w:rsidRDefault="00826053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5A80162D" w14:textId="77777777" w:rsidR="00826053" w:rsidRDefault="00826053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7EDFA47F" w14:textId="77777777" w:rsidR="00826053" w:rsidRDefault="00826053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4C57111B" w14:textId="77777777" w:rsidR="00E83DA5" w:rsidRDefault="00E83DA5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30323EA2" w14:textId="5287B7AA" w:rsidR="00853623" w:rsidRPr="007657BD" w:rsidRDefault="00853623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</w:tc>
        <w:tc>
          <w:tcPr>
            <w:tcW w:w="5608" w:type="dxa"/>
          </w:tcPr>
          <w:p w14:paraId="63E094DC" w14:textId="6E0DBEF9" w:rsidR="00C62D58" w:rsidRPr="00C62D58" w:rsidRDefault="00C62D58" w:rsidP="00C62D5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lastRenderedPageBreak/>
              <w:t xml:space="preserve">- </w:t>
            </w:r>
            <w:r w:rsidRPr="00C62D58">
              <w:rPr>
                <w:rFonts w:ascii="Times New Roman" w:hAnsi="Times New Roman" w:cs="Times New Roman"/>
                <w:bCs/>
                <w:sz w:val="28"/>
                <w:lang w:val="ru-RU"/>
              </w:rPr>
              <w:t>Ребята, палетка — это прозрачная плёнка, которая может быть разделена на квадратные дециметры, квадратные сантиметры, квадратные миллиметры.</w:t>
            </w:r>
            <w:r w:rsidR="00D36410"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 Ее накладывают на фигуру чтобы узнать ее площадь. (Показываю наглядно: палетку накладываю на фигуру)</w:t>
            </w:r>
          </w:p>
          <w:p w14:paraId="0C8374D5" w14:textId="20644D38" w:rsidR="006A4EE5" w:rsidRDefault="00C62D58" w:rsidP="00C62D5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- Посмотрите на слайд. </w:t>
            </w:r>
            <w:r w:rsidRPr="00C62D58">
              <w:rPr>
                <w:rFonts w:ascii="Times New Roman" w:hAnsi="Times New Roman" w:cs="Times New Roman"/>
                <w:bCs/>
                <w:sz w:val="28"/>
                <w:lang w:val="ru-RU"/>
              </w:rPr>
              <w:t>На рисунке наложенная на фигуру палетка разделена на квадратные сантиметры</w:t>
            </w:r>
            <w:r w:rsidR="006A4EE5"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. Чтобы узнать площадь фигуры, сначала считают, сколько в ней полных квадратов, они красного цвета, </w:t>
            </w:r>
            <w:r w:rsidR="006A4EE5">
              <w:rPr>
                <w:rFonts w:ascii="Times New Roman" w:hAnsi="Times New Roman" w:cs="Times New Roman"/>
                <w:bCs/>
                <w:sz w:val="28"/>
                <w:lang w:val="ru-RU"/>
              </w:rPr>
              <w:lastRenderedPageBreak/>
              <w:t>а затем сколько неполных, они синие. Неполные квадраты делят на 2 и складывают с полными.</w:t>
            </w:r>
          </w:p>
          <w:p w14:paraId="5848EB6C" w14:textId="2ACCC7F3" w:rsidR="006A4EE5" w:rsidRDefault="006A4EE5" w:rsidP="00C62D5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Давайте прочитаем правило на с. 43 под синей фигурой.</w:t>
            </w:r>
          </w:p>
          <w:p w14:paraId="59944484" w14:textId="3DD45F62" w:rsidR="00C62D58" w:rsidRPr="00C62D58" w:rsidRDefault="006A4EE5" w:rsidP="00C62D5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(</w:t>
            </w:r>
            <w:r w:rsidR="00C62D58" w:rsidRPr="00C62D58">
              <w:rPr>
                <w:rFonts w:ascii="Times New Roman" w:hAnsi="Times New Roman" w:cs="Times New Roman"/>
                <w:bCs/>
                <w:sz w:val="28"/>
                <w:lang w:val="ru-RU"/>
              </w:rPr>
              <w:t>Чтобы узнать площадь фигуры, сначала считают, сколько в ней полных квадратов. Их 21. Потом считают, сколько неполных квадратов в фигуре. Их 20. Договорились два неполных квадратных сантиметра считать за один полный.</w:t>
            </w:r>
          </w:p>
          <w:p w14:paraId="28155711" w14:textId="5A74F18C" w:rsidR="00C62D58" w:rsidRPr="00C62D58" w:rsidRDefault="00C62D58" w:rsidP="00C62D5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 w:rsidRPr="00C62D58">
              <w:rPr>
                <w:rFonts w:ascii="Times New Roman" w:hAnsi="Times New Roman" w:cs="Times New Roman"/>
                <w:bCs/>
                <w:sz w:val="28"/>
                <w:lang w:val="ru-RU"/>
              </w:rPr>
              <w:t>Разделим 20 на 2. 20:2 = 10. Всего: 21+10 = 31 (см</w:t>
            </w:r>
            <w:r>
              <w:rPr>
                <w:rFonts w:ascii="Times New Roman" w:hAnsi="Times New Roman" w:cs="Times New Roman"/>
                <w:bCs/>
                <w:sz w:val="28"/>
                <w:vertAlign w:val="superscript"/>
                <w:lang w:val="ru-RU"/>
              </w:rPr>
              <w:t>2</w:t>
            </w:r>
            <w:r w:rsidRPr="00C62D58">
              <w:rPr>
                <w:rFonts w:ascii="Times New Roman" w:hAnsi="Times New Roman" w:cs="Times New Roman"/>
                <w:bCs/>
                <w:sz w:val="28"/>
                <w:lang w:val="ru-RU"/>
              </w:rPr>
              <w:t>).</w:t>
            </w:r>
          </w:p>
          <w:p w14:paraId="48C407E9" w14:textId="485DD01A" w:rsidR="00C62D58" w:rsidRDefault="00C62D58" w:rsidP="00C62D58">
            <w:pPr>
              <w:rPr>
                <w:rFonts w:ascii="Times New Roman" w:hAnsi="Times New Roman" w:cs="Times New Roman"/>
                <w:b/>
                <w:sz w:val="28"/>
                <w:lang w:val="ru-RU"/>
              </w:rPr>
            </w:pPr>
            <w:r w:rsidRPr="00C62D58">
              <w:rPr>
                <w:rFonts w:ascii="Times New Roman" w:hAnsi="Times New Roman" w:cs="Times New Roman"/>
                <w:bCs/>
                <w:sz w:val="28"/>
                <w:lang w:val="ru-RU"/>
              </w:rPr>
              <w:t>Ответ: площадь фигуры примерно равна 31 см</w:t>
            </w:r>
            <w:r>
              <w:rPr>
                <w:rFonts w:ascii="Times New Roman" w:hAnsi="Times New Roman" w:cs="Times New Roman"/>
                <w:bCs/>
                <w:sz w:val="28"/>
                <w:vertAlign w:val="superscript"/>
                <w:lang w:val="ru-RU"/>
              </w:rPr>
              <w:t>2</w:t>
            </w:r>
            <w:r w:rsidR="006A4EE5">
              <w:rPr>
                <w:rFonts w:ascii="Times New Roman" w:hAnsi="Times New Roman" w:cs="Times New Roman"/>
                <w:bCs/>
                <w:sz w:val="28"/>
                <w:lang w:val="ru-RU"/>
              </w:rPr>
              <w:t>)</w:t>
            </w:r>
          </w:p>
          <w:p w14:paraId="7D398420" w14:textId="583B76FF" w:rsidR="006A4EE5" w:rsidRDefault="00C62D58" w:rsidP="006A4EE5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 w:rsidRPr="00C62D58">
              <w:rPr>
                <w:rFonts w:ascii="Times New Roman" w:hAnsi="Times New Roman" w:cs="Times New Roman"/>
                <w:bCs/>
                <w:sz w:val="28"/>
                <w:lang w:val="ru-RU"/>
              </w:rPr>
              <w:t>- Теперь дав</w:t>
            </w:r>
            <w:r w:rsidR="006A4EE5"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айте </w:t>
            </w:r>
            <w:r w:rsidR="0013164D">
              <w:rPr>
                <w:rFonts w:ascii="Times New Roman" w:hAnsi="Times New Roman" w:cs="Times New Roman"/>
                <w:bCs/>
                <w:sz w:val="28"/>
                <w:lang w:val="ru-RU"/>
              </w:rPr>
              <w:t>найдем</w:t>
            </w:r>
            <w:r w:rsidR="006A4EE5"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 площади фигур</w:t>
            </w:r>
            <w:r w:rsidR="00DF234E">
              <w:rPr>
                <w:rFonts w:ascii="Times New Roman" w:hAnsi="Times New Roman" w:cs="Times New Roman"/>
                <w:bCs/>
                <w:sz w:val="28"/>
                <w:lang w:val="ru-RU"/>
              </w:rPr>
              <w:t>,</w:t>
            </w:r>
            <w:r w:rsidR="006A4EE5"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 представленных в номере 197.</w:t>
            </w:r>
          </w:p>
          <w:p w14:paraId="16CF1BB2" w14:textId="77777777" w:rsidR="006A4EE5" w:rsidRDefault="006A4EE5" w:rsidP="006A4EE5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Кто расскажет, как это нужно сделать?</w:t>
            </w:r>
          </w:p>
          <w:p w14:paraId="395EBFB5" w14:textId="4F6CFF3E" w:rsidR="006A4EE5" w:rsidRDefault="006A4EE5" w:rsidP="006A4EE5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(посчитать количество полных квадратов, затем количество неполных квадратов и разделить на 2</w:t>
            </w:r>
            <w:r w:rsidR="00A53FE9">
              <w:rPr>
                <w:rFonts w:ascii="Times New Roman" w:hAnsi="Times New Roman" w:cs="Times New Roman"/>
                <w:bCs/>
                <w:sz w:val="28"/>
                <w:lang w:val="ru-RU"/>
              </w:rPr>
              <w:t>, и сложить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)</w:t>
            </w:r>
          </w:p>
          <w:p w14:paraId="5B2DAD63" w14:textId="2A76DD0E" w:rsidR="00887B48" w:rsidRDefault="00887B48" w:rsidP="006A4EE5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Начнем с зелёной фигуры. Посчитайте, сколько всего полных клеток? (6)</w:t>
            </w:r>
          </w:p>
          <w:p w14:paraId="1EC275EA" w14:textId="471651E8" w:rsidR="00887B48" w:rsidRDefault="00887B48" w:rsidP="006A4EE5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Теперь неполных. (16)</w:t>
            </w:r>
          </w:p>
          <w:p w14:paraId="29969FCD" w14:textId="179FE1EB" w:rsidR="00887B48" w:rsidRDefault="00887B48" w:rsidP="006A4EE5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Что нужно сделать теперь? (разделить неполные клетки на 2)</w:t>
            </w:r>
          </w:p>
          <w:p w14:paraId="64842953" w14:textId="448C9812" w:rsidR="00887B48" w:rsidRDefault="006A4EE5" w:rsidP="006A4EE5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- Правильно, </w:t>
            </w:r>
            <w:r w:rsidR="00A53FE9">
              <w:rPr>
                <w:rFonts w:ascii="Times New Roman" w:hAnsi="Times New Roman" w:cs="Times New Roman"/>
                <w:bCs/>
                <w:sz w:val="28"/>
                <w:lang w:val="ru-RU"/>
              </w:rPr>
              <w:t>кто хочет выйти к доске и записать</w:t>
            </w:r>
            <w:r w:rsidR="00A53FE9" w:rsidRPr="00A53FE9"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 </w:t>
            </w:r>
            <w:r w:rsidR="00A53FE9">
              <w:rPr>
                <w:rFonts w:ascii="Times New Roman" w:hAnsi="Times New Roman" w:cs="Times New Roman"/>
                <w:bCs/>
                <w:sz w:val="28"/>
                <w:lang w:val="ru-RU"/>
              </w:rPr>
              <w:t>решение?</w:t>
            </w:r>
            <w:r w:rsidR="00D36410"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 Остальные записывают решение в тетради.</w:t>
            </w:r>
            <w:r w:rsidR="0013164D"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 Не забывайте о посадке.</w:t>
            </w:r>
          </w:p>
          <w:p w14:paraId="45AE88B4" w14:textId="77777777" w:rsidR="0013164D" w:rsidRDefault="0013164D" w:rsidP="006A4EE5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</w:p>
          <w:p w14:paraId="12120A9B" w14:textId="77777777" w:rsidR="0013164D" w:rsidRDefault="00A53FE9" w:rsidP="006A4EE5">
            <w:pPr>
              <w:rPr>
                <w:rFonts w:ascii="Times New Roman" w:hAnsi="Times New Roman" w:cs="Times New Roman"/>
                <w:bCs/>
                <w:sz w:val="28"/>
                <w:vertAlign w:val="superscript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</w:rPr>
              <w:t>S</w:t>
            </w:r>
            <w:r w:rsidRPr="00D36410">
              <w:rPr>
                <w:rFonts w:ascii="Times New Roman" w:hAnsi="Times New Roman" w:cs="Times New Roman"/>
                <w:bCs/>
                <w:sz w:val="28"/>
                <w:lang w:val="ru-RU"/>
              </w:rPr>
              <w:t>=6+16:2=14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см</w:t>
            </w:r>
            <w:r w:rsidRPr="00D36410">
              <w:rPr>
                <w:rFonts w:ascii="Times New Roman" w:hAnsi="Times New Roman" w:cs="Times New Roman"/>
                <w:bCs/>
                <w:sz w:val="28"/>
                <w:vertAlign w:val="superscript"/>
                <w:lang w:val="ru-RU"/>
              </w:rPr>
              <w:t>2</w:t>
            </w:r>
          </w:p>
          <w:p w14:paraId="43200D22" w14:textId="77777777" w:rsidR="0013164D" w:rsidRDefault="0013164D" w:rsidP="006A4EE5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</w:p>
          <w:p w14:paraId="4BC85AD9" w14:textId="592D8A50" w:rsidR="00887B48" w:rsidRPr="0013164D" w:rsidRDefault="00887B48" w:rsidP="006A4EE5">
            <w:pPr>
              <w:rPr>
                <w:rFonts w:ascii="Times New Roman" w:hAnsi="Times New Roman" w:cs="Times New Roman"/>
                <w:bCs/>
                <w:sz w:val="28"/>
                <w:vertAlign w:val="superscript"/>
                <w:lang w:val="ru-RU"/>
              </w:rPr>
            </w:pPr>
            <w:r w:rsidRPr="00887B48"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- 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Молодец, садись. Перейдем к красной фигуре.</w:t>
            </w:r>
          </w:p>
          <w:p w14:paraId="346E611B" w14:textId="3B886311" w:rsidR="00887B48" w:rsidRPr="00887B48" w:rsidRDefault="00887B48" w:rsidP="00887B4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 w:rsidRPr="00887B48">
              <w:rPr>
                <w:rFonts w:ascii="Times New Roman" w:hAnsi="Times New Roman" w:cs="Times New Roman"/>
                <w:bCs/>
                <w:sz w:val="28"/>
                <w:lang w:val="ru-RU"/>
              </w:rPr>
              <w:t>Посчитайте, сколько всего полных клеток? (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5</w:t>
            </w:r>
            <w:r w:rsidRPr="00887B48">
              <w:rPr>
                <w:rFonts w:ascii="Times New Roman" w:hAnsi="Times New Roman" w:cs="Times New Roman"/>
                <w:bCs/>
                <w:sz w:val="28"/>
                <w:lang w:val="ru-RU"/>
              </w:rPr>
              <w:t>)</w:t>
            </w:r>
          </w:p>
          <w:p w14:paraId="09902A25" w14:textId="04F91400" w:rsidR="00887B48" w:rsidRPr="00887B48" w:rsidRDefault="00887B48" w:rsidP="00887B4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 w:rsidRPr="00887B48">
              <w:rPr>
                <w:rFonts w:ascii="Times New Roman" w:hAnsi="Times New Roman" w:cs="Times New Roman"/>
                <w:bCs/>
                <w:sz w:val="28"/>
                <w:lang w:val="ru-RU"/>
              </w:rPr>
              <w:t>- Теперь неполных. (1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4</w:t>
            </w:r>
            <w:r w:rsidRPr="00887B48">
              <w:rPr>
                <w:rFonts w:ascii="Times New Roman" w:hAnsi="Times New Roman" w:cs="Times New Roman"/>
                <w:bCs/>
                <w:sz w:val="28"/>
                <w:lang w:val="ru-RU"/>
              </w:rPr>
              <w:t>)</w:t>
            </w:r>
          </w:p>
          <w:p w14:paraId="7AAD7F0A" w14:textId="77777777" w:rsidR="00887B48" w:rsidRPr="00887B48" w:rsidRDefault="00887B48" w:rsidP="00887B4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 w:rsidRPr="00887B48">
              <w:rPr>
                <w:rFonts w:ascii="Times New Roman" w:hAnsi="Times New Roman" w:cs="Times New Roman"/>
                <w:bCs/>
                <w:sz w:val="28"/>
                <w:lang w:val="ru-RU"/>
              </w:rPr>
              <w:t>- Что нужно сделать теперь? (разделить неполные клетки на 2)</w:t>
            </w:r>
          </w:p>
          <w:p w14:paraId="0E49E2B8" w14:textId="09AC2989" w:rsidR="00887B48" w:rsidRDefault="00887B48" w:rsidP="00887B4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 w:rsidRPr="00887B48">
              <w:rPr>
                <w:rFonts w:ascii="Times New Roman" w:hAnsi="Times New Roman" w:cs="Times New Roman"/>
                <w:bCs/>
                <w:sz w:val="28"/>
                <w:lang w:val="ru-RU"/>
              </w:rPr>
              <w:lastRenderedPageBreak/>
              <w:t>- Правильно, кто хочет выйти к доске и записать решение?</w:t>
            </w:r>
            <w:r w:rsidR="0013164D"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 Остальные записывают решение в тетради.</w:t>
            </w:r>
          </w:p>
          <w:p w14:paraId="49DE785C" w14:textId="77777777" w:rsidR="001361C8" w:rsidRPr="00887B48" w:rsidRDefault="001361C8" w:rsidP="00887B4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</w:p>
          <w:p w14:paraId="0C498B82" w14:textId="636C80FD" w:rsidR="00826053" w:rsidRDefault="00A53FE9" w:rsidP="006A4EE5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</w:rPr>
              <w:t>S</w:t>
            </w:r>
            <w:r w:rsidRPr="00887B48"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=5+14:2=12 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см</w:t>
            </w:r>
            <w:r w:rsidRPr="00887B48">
              <w:rPr>
                <w:rFonts w:ascii="Times New Roman" w:hAnsi="Times New Roman" w:cs="Times New Roman"/>
                <w:bCs/>
                <w:sz w:val="28"/>
                <w:vertAlign w:val="superscript"/>
                <w:lang w:val="ru-RU"/>
              </w:rPr>
              <w:t>2</w:t>
            </w:r>
          </w:p>
          <w:p w14:paraId="7D3F5AFF" w14:textId="3C21B86E" w:rsidR="000D0B8F" w:rsidRPr="000D0B8F" w:rsidRDefault="000D0B8F" w:rsidP="00826053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</w:p>
        </w:tc>
        <w:tc>
          <w:tcPr>
            <w:tcW w:w="2311" w:type="dxa"/>
          </w:tcPr>
          <w:p w14:paraId="59CA488A" w14:textId="592C1A1D" w:rsidR="00721544" w:rsidRDefault="009E2D95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lastRenderedPageBreak/>
              <w:t>Слушают новый материал.</w:t>
            </w:r>
          </w:p>
          <w:p w14:paraId="6E003492" w14:textId="77777777" w:rsidR="009E2D95" w:rsidRDefault="009E2D95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74B1D8DC" w14:textId="77777777" w:rsidR="009E2D95" w:rsidRDefault="009E2D95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6213E8EB" w14:textId="77777777" w:rsidR="009E2D95" w:rsidRDefault="009E2D95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6D61371A" w14:textId="77777777" w:rsidR="009E2D95" w:rsidRDefault="009E2D95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1EFD1718" w14:textId="77777777" w:rsidR="009E2D95" w:rsidRDefault="009E2D95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37AE64A6" w14:textId="77777777" w:rsidR="009E2D95" w:rsidRDefault="009E2D95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2506B469" w14:textId="77777777" w:rsidR="009E2D95" w:rsidRDefault="009E2D95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7E76484B" w14:textId="77777777" w:rsidR="009E2D95" w:rsidRDefault="009E2D95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5F6B9C44" w14:textId="77777777" w:rsidR="009E2D95" w:rsidRDefault="009E2D95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24B06A1A" w14:textId="77777777" w:rsidR="009E2D95" w:rsidRDefault="009E2D95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0DE50F5C" w14:textId="77777777" w:rsidR="009E2D95" w:rsidRDefault="009E2D95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1A8660AF" w14:textId="77777777" w:rsidR="009E2D95" w:rsidRDefault="009E2D95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68605648" w14:textId="77777777" w:rsidR="009E2D95" w:rsidRDefault="009E2D95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3292A002" w14:textId="77777777" w:rsidR="009E2D95" w:rsidRDefault="009E2D95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3568B5E5" w14:textId="77777777" w:rsidR="009E2D95" w:rsidRDefault="009E2D95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42A9293E" w14:textId="77777777" w:rsidR="009E2D95" w:rsidRDefault="009E2D95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0DA51A2D" w14:textId="77777777" w:rsidR="009E2D95" w:rsidRDefault="009E2D95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5399B58D" w14:textId="77777777" w:rsidR="009E2D95" w:rsidRDefault="009E2D95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06AC13A4" w14:textId="77777777" w:rsidR="009E2D95" w:rsidRDefault="009E2D95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7331AD2C" w14:textId="77777777" w:rsidR="009E2D95" w:rsidRDefault="009E2D95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0776FE7D" w14:textId="77777777" w:rsidR="009E2D95" w:rsidRDefault="009E2D95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55BC32D6" w14:textId="77777777" w:rsidR="009E2D95" w:rsidRDefault="009E2D95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37EF252D" w14:textId="77777777" w:rsidR="009E2D95" w:rsidRDefault="009E2D95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6E2D843A" w14:textId="77777777" w:rsidR="009E2D95" w:rsidRDefault="009E2D95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41164FB2" w14:textId="77777777" w:rsidR="009E2D95" w:rsidRDefault="009E2D95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5A8FF786" w14:textId="77777777" w:rsidR="009E2D95" w:rsidRDefault="009E2D95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78AF2259" w14:textId="044C60BC" w:rsidR="00721544" w:rsidRDefault="006424EA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 xml:space="preserve">П: </w:t>
            </w:r>
            <w:r w:rsidR="009E2D95" w:rsidRPr="009E2D95">
              <w:rPr>
                <w:rFonts w:ascii="Times New Roman" w:hAnsi="Times New Roman" w:cs="Times New Roman"/>
                <w:sz w:val="28"/>
                <w:lang w:val="ru-RU"/>
              </w:rPr>
              <w:t>использование палетки как инструмента измерения</w:t>
            </w:r>
          </w:p>
          <w:p w14:paraId="71C59B2D" w14:textId="77777777" w:rsidR="00721544" w:rsidRDefault="00721544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44DF0E73" w14:textId="77777777" w:rsidR="00721544" w:rsidRDefault="00721544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3C3A2A6B" w14:textId="77777777" w:rsidR="00721544" w:rsidRDefault="00721544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1E7A2024" w14:textId="2DEC9A14" w:rsidR="00721544" w:rsidRDefault="009E2D95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 xml:space="preserve">П: </w:t>
            </w:r>
            <w:r w:rsidRPr="009E2D95">
              <w:rPr>
                <w:rFonts w:ascii="Times New Roman" w:hAnsi="Times New Roman" w:cs="Times New Roman"/>
                <w:sz w:val="28"/>
                <w:lang w:val="ru-RU"/>
              </w:rPr>
              <w:t>применение знаний о единицах площади в новых ситуациях</w:t>
            </w:r>
          </w:p>
          <w:p w14:paraId="4E2FD3AD" w14:textId="77777777" w:rsidR="00721544" w:rsidRDefault="00721544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4D3488CE" w14:textId="7C91A1B3" w:rsidR="006B2765" w:rsidRPr="001761BF" w:rsidRDefault="006B2765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</w:tc>
      </w:tr>
      <w:tr w:rsidR="00826053" w:rsidRPr="005B0D53" w14:paraId="013B5857" w14:textId="77777777" w:rsidTr="001D3660">
        <w:tc>
          <w:tcPr>
            <w:tcW w:w="2308" w:type="dxa"/>
          </w:tcPr>
          <w:p w14:paraId="33F35FAA" w14:textId="77777777" w:rsidR="00826053" w:rsidRDefault="00826053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 w:rsidRPr="00826053">
              <w:rPr>
                <w:rFonts w:ascii="Times New Roman" w:hAnsi="Times New Roman" w:cs="Times New Roman"/>
                <w:sz w:val="28"/>
              </w:rPr>
              <w:lastRenderedPageBreak/>
              <w:t>V</w:t>
            </w:r>
            <w:r>
              <w:rPr>
                <w:rFonts w:ascii="Times New Roman" w:hAnsi="Times New Roman" w:cs="Times New Roman"/>
                <w:sz w:val="28"/>
                <w:lang w:val="ru-RU"/>
              </w:rPr>
              <w:t xml:space="preserve">. </w:t>
            </w:r>
            <w:r w:rsidRPr="00BC0FC7">
              <w:rPr>
                <w:rFonts w:ascii="Times New Roman" w:hAnsi="Times New Roman" w:cs="Times New Roman"/>
                <w:sz w:val="28"/>
                <w:lang w:val="ru-RU"/>
              </w:rPr>
              <w:t>Первичное закрепление</w:t>
            </w:r>
          </w:p>
          <w:p w14:paraId="7C535A06" w14:textId="77777777" w:rsidR="00D759E2" w:rsidRDefault="00D759E2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4DE61597" w14:textId="77777777" w:rsidR="00D759E2" w:rsidRDefault="00D759E2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6B90C161" w14:textId="77777777" w:rsidR="00D759E2" w:rsidRDefault="00D759E2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5A8546CC" w14:textId="77777777" w:rsidR="00D759E2" w:rsidRDefault="00D759E2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1E75A214" w14:textId="77777777" w:rsidR="00D759E2" w:rsidRDefault="00D759E2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68E55CAA" w14:textId="77777777" w:rsidR="00D759E2" w:rsidRDefault="00D759E2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7DD33D35" w14:textId="77777777" w:rsidR="00D759E2" w:rsidRDefault="00D759E2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4E3BB97F" w14:textId="77777777" w:rsidR="00D759E2" w:rsidRDefault="00D759E2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3CF3E300" w14:textId="275EC6AB" w:rsidR="00D759E2" w:rsidRDefault="001361C8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 w:rsidRPr="00D759E2">
              <w:rPr>
                <w:rFonts w:ascii="Times New Roman" w:hAnsi="Times New Roman" w:cs="Times New Roman"/>
                <w:sz w:val="28"/>
                <w:lang w:val="ru-RU"/>
              </w:rPr>
              <w:t>Практический (самостоятельная работа)</w:t>
            </w:r>
          </w:p>
          <w:p w14:paraId="1EA373F6" w14:textId="77777777" w:rsidR="00D759E2" w:rsidRDefault="00D759E2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5FB0C0CB" w14:textId="77777777" w:rsidR="00D759E2" w:rsidRDefault="00D759E2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565EE928" w14:textId="77777777" w:rsidR="00D759E2" w:rsidRDefault="00D759E2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47EA82C8" w14:textId="77777777" w:rsidR="00D759E2" w:rsidRDefault="00D759E2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6C6170E4" w14:textId="77777777" w:rsidR="00D759E2" w:rsidRDefault="00D759E2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133999DD" w14:textId="77777777" w:rsidR="00D759E2" w:rsidRDefault="00D759E2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0EE602CA" w14:textId="77777777" w:rsidR="00D759E2" w:rsidRDefault="00D759E2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44D2DB3A" w14:textId="282B7CC8" w:rsidR="00D759E2" w:rsidRPr="00D759E2" w:rsidRDefault="00D759E2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</w:tc>
        <w:tc>
          <w:tcPr>
            <w:tcW w:w="5608" w:type="dxa"/>
          </w:tcPr>
          <w:p w14:paraId="22F14164" w14:textId="0380F183" w:rsidR="00826053" w:rsidRDefault="00826053" w:rsidP="00826053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- Теперь давайте вернемся к карточке под номером 1. Вам нужно самостоятельно </w:t>
            </w:r>
            <w:r w:rsidR="0013164D">
              <w:rPr>
                <w:rFonts w:ascii="Times New Roman" w:hAnsi="Times New Roman" w:cs="Times New Roman"/>
                <w:bCs/>
                <w:sz w:val="28"/>
                <w:lang w:val="ru-RU"/>
              </w:rPr>
              <w:t>найти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 площадь фигуры из этого номера и записать решение в тетрадь. Приступайте.</w:t>
            </w:r>
          </w:p>
          <w:p w14:paraId="1C665C64" w14:textId="7CC4D308" w:rsidR="00826053" w:rsidRDefault="001361C8" w:rsidP="00826053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noProof/>
              </w:rPr>
              <w:drawing>
                <wp:inline distT="0" distB="0" distL="0" distR="0" wp14:anchorId="25E0C402" wp14:editId="7BE2F527">
                  <wp:extent cx="1528310" cy="2580774"/>
                  <wp:effectExtent l="0" t="0" r="0" b="0"/>
                  <wp:docPr id="143050441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050441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9897" cy="260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DF3319C" w14:textId="77777777" w:rsidR="00826053" w:rsidRDefault="00826053" w:rsidP="00826053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- Итак, что у вас получилось? </w:t>
            </w:r>
          </w:p>
          <w:p w14:paraId="15C2F9E0" w14:textId="77777777" w:rsidR="00826053" w:rsidRDefault="00826053" w:rsidP="00826053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</w:p>
          <w:p w14:paraId="73F8D5CC" w14:textId="24D35D1F" w:rsidR="00826053" w:rsidRDefault="00826053" w:rsidP="00826053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</w:rPr>
              <w:t>S=</w:t>
            </w:r>
            <w:r w:rsidR="001361C8">
              <w:rPr>
                <w:rFonts w:ascii="Times New Roman" w:hAnsi="Times New Roman" w:cs="Times New Roman"/>
                <w:bCs/>
                <w:sz w:val="28"/>
                <w:lang w:val="ru-RU"/>
              </w:rPr>
              <w:t>7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+</w:t>
            </w:r>
            <w:r w:rsidR="001361C8">
              <w:rPr>
                <w:rFonts w:ascii="Times New Roman" w:hAnsi="Times New Roman" w:cs="Times New Roman"/>
                <w:bCs/>
                <w:sz w:val="28"/>
                <w:lang w:val="ru-RU"/>
              </w:rPr>
              <w:t>18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:2</w:t>
            </w:r>
            <w:r>
              <w:rPr>
                <w:rFonts w:ascii="Times New Roman" w:hAnsi="Times New Roman" w:cs="Times New Roman"/>
                <w:bCs/>
                <w:sz w:val="28"/>
              </w:rPr>
              <w:t>=1</w:t>
            </w:r>
            <w:r w:rsidR="001361C8">
              <w:rPr>
                <w:rFonts w:ascii="Times New Roman" w:hAnsi="Times New Roman" w:cs="Times New Roman"/>
                <w:bCs/>
                <w:sz w:val="28"/>
                <w:lang w:val="ru-RU"/>
              </w:rPr>
              <w:t>6</w:t>
            </w:r>
            <w:r>
              <w:rPr>
                <w:rFonts w:ascii="Times New Roman" w:hAnsi="Times New Roman" w:cs="Times New Roman"/>
                <w:bCs/>
                <w:sz w:val="28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см</w:t>
            </w:r>
            <w:r>
              <w:rPr>
                <w:rFonts w:ascii="Times New Roman" w:hAnsi="Times New Roman" w:cs="Times New Roman"/>
                <w:bCs/>
                <w:sz w:val="28"/>
                <w:vertAlign w:val="superscript"/>
                <w:lang w:val="ru-RU"/>
              </w:rPr>
              <w:t>2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)</w:t>
            </w:r>
          </w:p>
          <w:p w14:paraId="683121C6" w14:textId="2C7BDA22" w:rsidR="00682345" w:rsidRDefault="00682345" w:rsidP="001361C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</w:p>
        </w:tc>
        <w:tc>
          <w:tcPr>
            <w:tcW w:w="2311" w:type="dxa"/>
          </w:tcPr>
          <w:p w14:paraId="7F3CC906" w14:textId="77777777" w:rsidR="00826053" w:rsidRDefault="00826053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Решают самостоятельную работу.</w:t>
            </w:r>
          </w:p>
          <w:p w14:paraId="59F8F8CB" w14:textId="77777777" w:rsidR="00826053" w:rsidRDefault="00826053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3F6D6946" w14:textId="77777777" w:rsidR="00826053" w:rsidRPr="006B2765" w:rsidRDefault="00826053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 w:rsidRPr="006B2765">
              <w:rPr>
                <w:rFonts w:ascii="Times New Roman" w:hAnsi="Times New Roman" w:cs="Times New Roman"/>
                <w:sz w:val="28"/>
                <w:lang w:val="ru-RU"/>
              </w:rPr>
              <w:t xml:space="preserve">П: умение решать </w:t>
            </w:r>
            <w:r>
              <w:rPr>
                <w:rFonts w:ascii="Times New Roman" w:hAnsi="Times New Roman" w:cs="Times New Roman"/>
                <w:sz w:val="28"/>
                <w:lang w:val="ru-RU"/>
              </w:rPr>
              <w:t>примеры</w:t>
            </w:r>
            <w:r w:rsidRPr="006B2765">
              <w:rPr>
                <w:rFonts w:ascii="Times New Roman" w:hAnsi="Times New Roman" w:cs="Times New Roman"/>
                <w:sz w:val="28"/>
                <w:lang w:val="ru-RU"/>
              </w:rPr>
              <w:t xml:space="preserve"> по теме.</w:t>
            </w:r>
          </w:p>
          <w:p w14:paraId="196E13E4" w14:textId="77777777" w:rsidR="00826053" w:rsidRPr="00BC0FC7" w:rsidRDefault="00826053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5A3BFF59" w14:textId="77777777" w:rsidR="005506E1" w:rsidRPr="00BC0FC7" w:rsidRDefault="005506E1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3FE0A4F2" w14:textId="77777777" w:rsidR="005506E1" w:rsidRPr="00BC0FC7" w:rsidRDefault="005506E1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20EC9FFF" w14:textId="77777777" w:rsidR="005506E1" w:rsidRPr="00BC0FC7" w:rsidRDefault="005506E1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3AF31B1E" w14:textId="77777777" w:rsidR="005506E1" w:rsidRPr="00BC0FC7" w:rsidRDefault="005506E1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12BF7831" w14:textId="77777777" w:rsidR="001361C8" w:rsidRPr="00E83DA5" w:rsidRDefault="001361C8" w:rsidP="001361C8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 xml:space="preserve">П: </w:t>
            </w:r>
            <w:r w:rsidRPr="00E83DA5">
              <w:rPr>
                <w:rFonts w:ascii="Times New Roman" w:hAnsi="Times New Roman" w:cs="Times New Roman"/>
                <w:sz w:val="28"/>
                <w:lang w:val="ru-RU"/>
              </w:rPr>
              <w:t>умение решать задачи и выражения по теме.</w:t>
            </w:r>
          </w:p>
          <w:p w14:paraId="6A896406" w14:textId="77777777" w:rsidR="005506E1" w:rsidRPr="001361C8" w:rsidRDefault="005506E1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2B4289DA" w14:textId="77777777" w:rsidR="005506E1" w:rsidRPr="001361C8" w:rsidRDefault="005506E1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05CFB9F3" w14:textId="77777777" w:rsidR="005506E1" w:rsidRPr="001361C8" w:rsidRDefault="005506E1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3FE9A3BD" w14:textId="46B83935" w:rsidR="005506E1" w:rsidRPr="005506E1" w:rsidRDefault="005506E1" w:rsidP="00721544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</w:tc>
      </w:tr>
      <w:tr w:rsidR="00682345" w:rsidRPr="005B0D53" w14:paraId="1E290650" w14:textId="77777777" w:rsidTr="001D3660">
        <w:tc>
          <w:tcPr>
            <w:tcW w:w="2308" w:type="dxa"/>
          </w:tcPr>
          <w:p w14:paraId="51B85EA1" w14:textId="77777777" w:rsidR="00682345" w:rsidRDefault="00682345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</w:rPr>
              <w:t>V</w:t>
            </w:r>
            <w:r w:rsidRPr="00BC0FC7">
              <w:rPr>
                <w:rFonts w:ascii="Times New Roman" w:hAnsi="Times New Roman" w:cs="Times New Roman"/>
                <w:sz w:val="28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8"/>
                <w:lang w:val="ru-RU"/>
              </w:rPr>
              <w:t>Повторение изученного</w:t>
            </w:r>
          </w:p>
          <w:p w14:paraId="4D84F718" w14:textId="77777777" w:rsidR="00D759E2" w:rsidRDefault="00D759E2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69D68F12" w14:textId="53B3556C" w:rsidR="009E2D95" w:rsidRDefault="009E2D95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 w:rsidRPr="009E2D95">
              <w:rPr>
                <w:rFonts w:ascii="Times New Roman" w:hAnsi="Times New Roman" w:cs="Times New Roman"/>
                <w:sz w:val="28"/>
                <w:lang w:val="ru-RU"/>
              </w:rPr>
              <w:t>Практический (решение примеров)</w:t>
            </w:r>
          </w:p>
          <w:p w14:paraId="73725CCD" w14:textId="77777777" w:rsidR="009E2D95" w:rsidRDefault="009E2D95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2B1DB47B" w14:textId="77777777" w:rsidR="009E2D95" w:rsidRDefault="009E2D95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2A736FBF" w14:textId="77777777" w:rsidR="009E2D95" w:rsidRDefault="009E2D95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7DEE530B" w14:textId="77777777" w:rsidR="009E2D95" w:rsidRDefault="009E2D95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5B9958E6" w14:textId="77777777" w:rsidR="009E2D95" w:rsidRDefault="009E2D95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4C7AECD5" w14:textId="77777777" w:rsidR="009E2D95" w:rsidRDefault="009E2D95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4AF29663" w14:textId="77777777" w:rsidR="009E2D95" w:rsidRDefault="009E2D95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6E63C73C" w14:textId="77777777" w:rsidR="009E2D95" w:rsidRDefault="009E2D95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02401683" w14:textId="77777777" w:rsidR="009E2D95" w:rsidRDefault="009E2D95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3F15BAB5" w14:textId="77777777" w:rsidR="009E2D95" w:rsidRDefault="009E2D95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3E84A8F6" w14:textId="77777777" w:rsidR="009E2D95" w:rsidRDefault="009E2D95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3C755ACE" w14:textId="77777777" w:rsidR="009E2D95" w:rsidRDefault="009E2D95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377E6814" w14:textId="77777777" w:rsidR="009E2D95" w:rsidRDefault="009E2D95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163A02BD" w14:textId="1EEF0F1C" w:rsidR="009E2D95" w:rsidRPr="00682345" w:rsidRDefault="009E2D95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Практический (решение задачи)</w:t>
            </w:r>
          </w:p>
        </w:tc>
        <w:tc>
          <w:tcPr>
            <w:tcW w:w="5608" w:type="dxa"/>
          </w:tcPr>
          <w:p w14:paraId="378C791F" w14:textId="77777777" w:rsidR="00682345" w:rsidRDefault="00682345" w:rsidP="00826053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lastRenderedPageBreak/>
              <w:t>- Отлично, теперь посмотрите на номер 194 на с. 42. Вам нужно решить примеры в тетради, затем мы проверим ответы</w:t>
            </w:r>
          </w:p>
          <w:p w14:paraId="2C028783" w14:textId="5F741B7C" w:rsidR="00DD6948" w:rsidRPr="00DD6948" w:rsidRDefault="00DD6948" w:rsidP="00DD694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 w:rsidRPr="00DD6948"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1 000 000 : 1 000 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–</w:t>
            </w:r>
            <w:r w:rsidRPr="00DD6948"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 999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 = 1</w:t>
            </w:r>
          </w:p>
          <w:p w14:paraId="7815775D" w14:textId="78E8485E" w:rsidR="00DD6948" w:rsidRPr="00DD6948" w:rsidRDefault="00DD6948" w:rsidP="00DD694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 w:rsidRPr="00DD6948">
              <w:rPr>
                <w:rFonts w:ascii="Times New Roman" w:hAnsi="Times New Roman" w:cs="Times New Roman"/>
                <w:bCs/>
                <w:sz w:val="28"/>
                <w:lang w:val="ru-RU"/>
              </w:rPr>
              <w:t>420 000 - 20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 </w:t>
            </w:r>
            <w:r w:rsidRPr="00DD6948">
              <w:rPr>
                <w:rFonts w:ascii="Times New Roman" w:hAnsi="Times New Roman" w:cs="Times New Roman"/>
                <w:bCs/>
                <w:sz w:val="28"/>
                <w:lang w:val="ru-RU"/>
              </w:rPr>
              <w:t>000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 = 400 000</w:t>
            </w:r>
          </w:p>
          <w:p w14:paraId="6A9135A0" w14:textId="4022837A" w:rsidR="00DD6948" w:rsidRPr="00DD6948" w:rsidRDefault="00DD6948" w:rsidP="00DD694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 w:rsidRPr="00DD6948">
              <w:rPr>
                <w:rFonts w:ascii="Times New Roman" w:hAnsi="Times New Roman" w:cs="Times New Roman"/>
                <w:bCs/>
                <w:sz w:val="28"/>
                <w:lang w:val="ru-RU"/>
              </w:rPr>
              <w:t>1 000 000 : 1 000 + 1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 = 1001</w:t>
            </w:r>
          </w:p>
          <w:p w14:paraId="5FC32B4B" w14:textId="3D579ECD" w:rsidR="00DD6948" w:rsidRPr="00DD6948" w:rsidRDefault="00DD6948" w:rsidP="00DD694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 w:rsidRPr="00DD6948">
              <w:rPr>
                <w:rFonts w:ascii="Times New Roman" w:hAnsi="Times New Roman" w:cs="Times New Roman" w:hint="eastAsia"/>
                <w:bCs/>
                <w:sz w:val="28"/>
                <w:lang w:val="ru-RU"/>
              </w:rPr>
              <w:t>28000</w:t>
            </w:r>
            <w:r w:rsidR="00827158"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 </w:t>
            </w:r>
            <w:r w:rsidRPr="00DD6948">
              <w:rPr>
                <w:rFonts w:ascii="Times New Roman" w:hAnsi="Times New Roman" w:cs="Times New Roman" w:hint="eastAsia"/>
                <w:bCs/>
                <w:sz w:val="28"/>
                <w:lang w:val="ru-RU"/>
              </w:rPr>
              <w:t>:</w:t>
            </w:r>
            <w:r w:rsidR="00827158"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 </w:t>
            </w:r>
            <w:r w:rsidRPr="00DD6948">
              <w:rPr>
                <w:rFonts w:ascii="Times New Roman" w:hAnsi="Times New Roman" w:cs="Times New Roman" w:hint="eastAsia"/>
                <w:bCs/>
                <w:sz w:val="28"/>
                <w:lang w:val="ru-RU"/>
              </w:rPr>
              <w:t>4</w:t>
            </w:r>
            <w:r w:rsidRPr="00DD6948">
              <w:rPr>
                <w:rFonts w:ascii="Times New Roman" w:hAnsi="Times New Roman" w:cs="Times New Roman" w:hint="eastAsia"/>
                <w:bCs/>
                <w:sz w:val="28"/>
                <w:lang w:val="ru-RU"/>
              </w:rPr>
              <w:t>・</w:t>
            </w:r>
            <w:r w:rsidRPr="00DD6948">
              <w:rPr>
                <w:rFonts w:ascii="Times New Roman" w:hAnsi="Times New Roman" w:cs="Times New Roman" w:hint="eastAsia"/>
                <w:bCs/>
                <w:sz w:val="28"/>
                <w:lang w:val="ru-RU"/>
              </w:rPr>
              <w:t>100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 = 700 000</w:t>
            </w:r>
          </w:p>
          <w:p w14:paraId="5D60B2DD" w14:textId="4D1A4F4D" w:rsidR="00DD6948" w:rsidRPr="00DD6948" w:rsidRDefault="00DD6948" w:rsidP="00DD694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 w:rsidRPr="00DD6948">
              <w:rPr>
                <w:rFonts w:ascii="Times New Roman" w:hAnsi="Times New Roman" w:cs="Times New Roman"/>
                <w:bCs/>
                <w:sz w:val="28"/>
                <w:lang w:val="ru-RU"/>
              </w:rPr>
              <w:t>2) 800 - 139 • 4 + 244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 = 488</w:t>
            </w:r>
          </w:p>
          <w:p w14:paraId="61BAA139" w14:textId="7A75670E" w:rsidR="00DD6948" w:rsidRPr="00DD6948" w:rsidRDefault="00DD6948" w:rsidP="00DD694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 w:rsidRPr="00DD6948">
              <w:rPr>
                <w:rFonts w:ascii="Times New Roman" w:hAnsi="Times New Roman" w:cs="Times New Roman"/>
                <w:bCs/>
                <w:sz w:val="28"/>
                <w:lang w:val="ru-RU"/>
              </w:rPr>
              <w:t>234 • 3 : 9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 = 78</w:t>
            </w:r>
          </w:p>
          <w:p w14:paraId="7AABFF9B" w14:textId="0349FC39" w:rsidR="00DD6948" w:rsidRDefault="00DD6948" w:rsidP="00DD694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 w:rsidRPr="00DD6948"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1 000 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–</w:t>
            </w:r>
            <w:r w:rsidRPr="00DD6948"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 678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 = 322</w:t>
            </w:r>
          </w:p>
          <w:p w14:paraId="33712225" w14:textId="77777777" w:rsidR="00DD6948" w:rsidRPr="00DD6948" w:rsidRDefault="00DD6948" w:rsidP="00DD694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 w:rsidRPr="00DD6948">
              <w:rPr>
                <w:rFonts w:ascii="Times New Roman" w:hAnsi="Times New Roman" w:cs="Times New Roman"/>
                <w:bCs/>
                <w:sz w:val="28"/>
                <w:lang w:val="ru-RU"/>
              </w:rPr>
              <w:t>- Посмотрите на слайд и проверьте ответы.</w:t>
            </w:r>
          </w:p>
          <w:p w14:paraId="5DF8F1E3" w14:textId="32646C81" w:rsidR="00DD6948" w:rsidRPr="00DD6948" w:rsidRDefault="00DD6948" w:rsidP="00DD694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 w:rsidRPr="00DD6948">
              <w:rPr>
                <w:rFonts w:ascii="Times New Roman" w:hAnsi="Times New Roman" w:cs="Times New Roman"/>
                <w:bCs/>
                <w:sz w:val="28"/>
                <w:lang w:val="ru-RU"/>
              </w:rPr>
              <w:t>- Поднимите руку, кто допустил больше 3 ошибок.</w:t>
            </w:r>
          </w:p>
          <w:p w14:paraId="70D21FEF" w14:textId="77777777" w:rsidR="00DD6948" w:rsidRPr="00DD6948" w:rsidRDefault="00DD6948" w:rsidP="00DD694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 w:rsidRPr="00DD6948">
              <w:rPr>
                <w:rFonts w:ascii="Times New Roman" w:hAnsi="Times New Roman" w:cs="Times New Roman"/>
                <w:bCs/>
                <w:sz w:val="28"/>
                <w:lang w:val="ru-RU"/>
              </w:rPr>
              <w:lastRenderedPageBreak/>
              <w:t>- Поднимите руку, кто допустил 2 ошибки.</w:t>
            </w:r>
          </w:p>
          <w:p w14:paraId="037E015F" w14:textId="77777777" w:rsidR="00DD6948" w:rsidRDefault="00DD6948" w:rsidP="00DD694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 w:rsidRPr="00DD6948">
              <w:rPr>
                <w:rFonts w:ascii="Times New Roman" w:hAnsi="Times New Roman" w:cs="Times New Roman"/>
                <w:bCs/>
                <w:sz w:val="28"/>
                <w:lang w:val="ru-RU"/>
              </w:rPr>
              <w:t>- Поднимите руку те, кто не допустил ни одной ошибки. Отлично! Поставьте себе + на полях.</w:t>
            </w:r>
          </w:p>
          <w:p w14:paraId="5F7434F0" w14:textId="77777777" w:rsidR="00DD6948" w:rsidRDefault="00DD6948" w:rsidP="00DD694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</w:p>
          <w:p w14:paraId="1BADD1C1" w14:textId="2E085F7A" w:rsidR="00AD5735" w:rsidRDefault="00B81948" w:rsidP="00DD694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Теперь давайте решим первую задачу под номер</w:t>
            </w:r>
            <w:r w:rsidR="001361C8">
              <w:rPr>
                <w:rFonts w:ascii="Times New Roman" w:hAnsi="Times New Roman" w:cs="Times New Roman"/>
                <w:bCs/>
                <w:sz w:val="28"/>
                <w:lang w:val="ru-RU"/>
              </w:rPr>
              <w:t>ом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 194.</w:t>
            </w:r>
            <w:r w:rsidR="00AD5735"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 </w:t>
            </w:r>
            <w:r w:rsidR="00BC0FC7"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Прочитайте ее. </w:t>
            </w:r>
            <w:r w:rsidR="00AD5735">
              <w:rPr>
                <w:rFonts w:ascii="Times New Roman" w:hAnsi="Times New Roman" w:cs="Times New Roman"/>
                <w:bCs/>
                <w:sz w:val="28"/>
                <w:lang w:val="ru-RU"/>
              </w:rPr>
              <w:t>Кто хочет прочитать вслух?</w:t>
            </w:r>
          </w:p>
          <w:p w14:paraId="13E02440" w14:textId="3ED712A4" w:rsidR="00CC5B4E" w:rsidRDefault="00AD5735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- О чем эта задача? (О </w:t>
            </w:r>
            <w:r w:rsidR="003F2A6F"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коробках черного и зеленого 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виногр</w:t>
            </w:r>
            <w:r w:rsidR="009E2D95">
              <w:rPr>
                <w:rFonts w:ascii="Times New Roman" w:hAnsi="Times New Roman" w:cs="Times New Roman"/>
                <w:bCs/>
                <w:sz w:val="28"/>
                <w:lang w:val="ru-RU"/>
              </w:rPr>
              <w:t>а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д</w:t>
            </w:r>
            <w:r w:rsidR="003F2A6F">
              <w:rPr>
                <w:rFonts w:ascii="Times New Roman" w:hAnsi="Times New Roman" w:cs="Times New Roman"/>
                <w:bCs/>
                <w:sz w:val="28"/>
                <w:lang w:val="ru-RU"/>
              </w:rPr>
              <w:t>а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)</w:t>
            </w:r>
            <w:r w:rsidR="003F2A6F"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 </w:t>
            </w:r>
          </w:p>
          <w:p w14:paraId="12443E78" w14:textId="1757218F" w:rsidR="00CC5B4E" w:rsidRDefault="00CC5B4E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 w:rsidRPr="002E4D9B">
              <w:rPr>
                <w:rFonts w:ascii="Times New Roman" w:hAnsi="Times New Roman" w:cs="Times New Roman"/>
                <w:bCs/>
                <w:sz w:val="28"/>
                <w:lang w:val="ru-RU"/>
              </w:rPr>
              <w:t>- Каков вопрос задачи? (Сколько всего кг винограда привезли в магазин?)</w:t>
            </w:r>
          </w:p>
          <w:p w14:paraId="65D3ED2D" w14:textId="416DAF5E" w:rsidR="002E4D9B" w:rsidRDefault="002E4D9B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- Давайте с вами вместе внимательно проанализируем </w:t>
            </w:r>
            <w:r w:rsidR="00CC5B4E"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задачу 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и заполним таблицу.</w:t>
            </w:r>
          </w:p>
          <w:p w14:paraId="116ABFA9" w14:textId="276FFF7B" w:rsidR="002E4D9B" w:rsidRDefault="002E4D9B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Итак, какой виноград привезли? (Черный и зеленый)</w:t>
            </w:r>
          </w:p>
          <w:p w14:paraId="7C138264" w14:textId="221D5DD2" w:rsidR="002E4D9B" w:rsidRDefault="002E4D9B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Что нам известно про черный виноград? (Что его было 16 коробок и что в каждой коробке по 9 кг)</w:t>
            </w:r>
          </w:p>
          <w:p w14:paraId="634609C0" w14:textId="4764007B" w:rsidR="002E4D9B" w:rsidRDefault="002E4D9B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Что нам известно о зеленом винограде? (Что его было по 8 кг в коробке)</w:t>
            </w:r>
          </w:p>
          <w:p w14:paraId="797BC7D3" w14:textId="0396A54B" w:rsidR="002E4D9B" w:rsidRDefault="002E4D9B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Что еще нам еще известно? (Сколько всего коробок черного и зеленого винограда</w:t>
            </w:r>
            <w:r w:rsidR="00CC5B4E"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 - 48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)</w:t>
            </w:r>
          </w:p>
          <w:p w14:paraId="5DAE8DE2" w14:textId="5CC35196" w:rsidR="002E4D9B" w:rsidRDefault="002E4D9B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Известно ли нам сколько всего кг черного винограда привезли) (Нет)</w:t>
            </w:r>
          </w:p>
          <w:p w14:paraId="2C273035" w14:textId="1FD1F47D" w:rsidR="002E4D9B" w:rsidRDefault="002E4D9B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Тогда поставим знак вопроса.</w:t>
            </w:r>
          </w:p>
          <w:p w14:paraId="2E09252A" w14:textId="0EC3A261" w:rsidR="002E4D9B" w:rsidRDefault="002E4D9B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А известно сколько кг зеленого винограда привезли? (Нет)</w:t>
            </w:r>
          </w:p>
          <w:p w14:paraId="62040957" w14:textId="06A72160" w:rsidR="002E4D9B" w:rsidRDefault="002E4D9B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Поэтому и здесь поставим знак вопроса.</w:t>
            </w:r>
          </w:p>
          <w:p w14:paraId="4F788E2C" w14:textId="5CFADD7D" w:rsidR="009D1D98" w:rsidRDefault="009D1D98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- А какой же </w:t>
            </w:r>
            <w:r w:rsidR="005B0D53">
              <w:rPr>
                <w:rFonts w:ascii="Times New Roman" w:hAnsi="Times New Roman" w:cs="Times New Roman"/>
                <w:bCs/>
                <w:sz w:val="28"/>
                <w:lang w:val="ru-RU"/>
              </w:rPr>
              <w:t>г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лавный вопрос задачи?</w:t>
            </w:r>
            <w:r w:rsidRPr="009D1D98">
              <w:rPr>
                <w:lang w:val="ru-RU"/>
              </w:rPr>
              <w:t xml:space="preserve"> </w:t>
            </w:r>
            <w:r w:rsidRPr="009D1D98">
              <w:rPr>
                <w:rFonts w:ascii="Times New Roman" w:hAnsi="Times New Roman" w:cs="Times New Roman"/>
                <w:bCs/>
                <w:sz w:val="28"/>
                <w:lang w:val="ru-RU"/>
              </w:rPr>
              <w:t>(Сколько всего кг винограда привезли в магазин?)</w:t>
            </w:r>
          </w:p>
          <w:p w14:paraId="41F33126" w14:textId="655B2E49" w:rsidR="00CC5B4E" w:rsidRDefault="00CC5B4E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- Можем ли мы сразу ответить на </w:t>
            </w:r>
            <w:r w:rsidR="009D1D98">
              <w:rPr>
                <w:rFonts w:ascii="Times New Roman" w:hAnsi="Times New Roman" w:cs="Times New Roman"/>
                <w:bCs/>
                <w:sz w:val="28"/>
                <w:lang w:val="ru-RU"/>
              </w:rPr>
              <w:t>него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? (Нет)</w:t>
            </w:r>
          </w:p>
          <w:p w14:paraId="5A7F50DB" w14:textId="247AA755" w:rsidR="00CC5B4E" w:rsidRDefault="00CC5B4E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Почему? (Мы не знаем сколько кг привели черного и зеленого винограда)</w:t>
            </w:r>
          </w:p>
          <w:p w14:paraId="0A1F23B8" w14:textId="509CBBE1" w:rsidR="00CC5B4E" w:rsidRDefault="00CC5B4E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А можем мы найти сколько кг привезли черного винограда? (Да)</w:t>
            </w:r>
          </w:p>
          <w:p w14:paraId="346482C8" w14:textId="7B881D01" w:rsidR="009D1D98" w:rsidRDefault="00CC5B4E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Как мы это сделаем? (9*16)</w:t>
            </w:r>
          </w:p>
          <w:p w14:paraId="7DF260BB" w14:textId="2B08ED45" w:rsidR="009D1D98" w:rsidRDefault="009D1D98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Отлично! Запишите первое действие.</w:t>
            </w:r>
          </w:p>
          <w:p w14:paraId="14F9BA83" w14:textId="4B9989E8" w:rsidR="009D1D98" w:rsidRDefault="009D1D98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Что получилось? (144 кг)</w:t>
            </w:r>
          </w:p>
          <w:p w14:paraId="7B2CDACA" w14:textId="0A9FD957" w:rsidR="009D1D98" w:rsidRDefault="009D1D98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lastRenderedPageBreak/>
              <w:t>- Какое будет пояснение? (кг черного винограда)</w:t>
            </w:r>
          </w:p>
          <w:p w14:paraId="72289CBD" w14:textId="6ED15150" w:rsidR="00CC5B4E" w:rsidRDefault="00CC5B4E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Можем мы узнать сколько кг зеленого винограда? (Нет)</w:t>
            </w:r>
          </w:p>
          <w:p w14:paraId="1868C908" w14:textId="41DE1465" w:rsidR="00BC0FC7" w:rsidRDefault="00CC5B4E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Почему? (Потому что мы не знаем сколько коробок было зеленого винограда)</w:t>
            </w:r>
          </w:p>
          <w:p w14:paraId="364AF6C2" w14:textId="2059ABB0" w:rsidR="00CC5B4E" w:rsidRDefault="00CC5B4E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А можем мы узнать сколько коробок зеленого винограда привезли? (Да)</w:t>
            </w:r>
          </w:p>
          <w:p w14:paraId="74877583" w14:textId="49306183" w:rsidR="00CC5B4E" w:rsidRDefault="00CC5B4E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Как мы это сделаем? (48-16)</w:t>
            </w:r>
          </w:p>
          <w:p w14:paraId="0812FD7A" w14:textId="50C97D26" w:rsidR="009D1D98" w:rsidRDefault="009D1D98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Запишите второе действие.</w:t>
            </w:r>
          </w:p>
          <w:p w14:paraId="22EC3C08" w14:textId="47E23DFE" w:rsidR="009D1D98" w:rsidRDefault="009D1D98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Что получилось? (32 коробки)</w:t>
            </w:r>
          </w:p>
          <w:p w14:paraId="038D0D04" w14:textId="4076E2BB" w:rsidR="009D1D98" w:rsidRDefault="009D1D98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Что запишем в пояснении? (коробок зеленого винограда)</w:t>
            </w:r>
          </w:p>
          <w:p w14:paraId="21D8F025" w14:textId="5216E724" w:rsidR="00CC5B4E" w:rsidRDefault="00CC5B4E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А теперь, когда мы знаем сколько коробок зеленого винограда, мы можем найти сколько</w:t>
            </w:r>
            <w:r w:rsidR="005B0D53"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 всего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 кг</w:t>
            </w:r>
            <w:r w:rsidR="005B0D53"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 </w:t>
            </w:r>
            <w:proofErr w:type="spellStart"/>
            <w:r w:rsidR="005B0D53">
              <w:rPr>
                <w:rFonts w:ascii="Times New Roman" w:hAnsi="Times New Roman" w:cs="Times New Roman"/>
                <w:bCs/>
                <w:sz w:val="28"/>
                <w:lang w:val="ru-RU"/>
              </w:rPr>
              <w:t>зел</w:t>
            </w:r>
            <w:proofErr w:type="spellEnd"/>
            <w:r w:rsidR="005B0D53">
              <w:rPr>
                <w:rFonts w:ascii="Times New Roman" w:hAnsi="Times New Roman" w:cs="Times New Roman"/>
                <w:bCs/>
                <w:sz w:val="28"/>
                <w:lang w:val="ru-RU"/>
              </w:rPr>
              <w:t>. привезли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? (Да, 8 умножим на количество коробок)</w:t>
            </w:r>
          </w:p>
          <w:p w14:paraId="2C4653D2" w14:textId="2B13971D" w:rsidR="009D1D98" w:rsidRDefault="009D1D98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Что нужно сделать? (8*3</w:t>
            </w:r>
            <w:r w:rsidR="005B0D53">
              <w:rPr>
                <w:rFonts w:ascii="Times New Roman" w:hAnsi="Times New Roman" w:cs="Times New Roman"/>
                <w:bCs/>
                <w:sz w:val="28"/>
                <w:lang w:val="ru-RU"/>
              </w:rPr>
              <w:t>2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)</w:t>
            </w:r>
          </w:p>
          <w:p w14:paraId="38C2893C" w14:textId="5F789312" w:rsidR="009D1D98" w:rsidRDefault="009D1D98" w:rsidP="009D1D9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Что получится? (256 кг)</w:t>
            </w:r>
          </w:p>
          <w:p w14:paraId="1B810A5A" w14:textId="58534C00" w:rsidR="009D1D98" w:rsidRDefault="009D1D98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- Что будет в пояснении? (кг </w:t>
            </w:r>
            <w:r w:rsidR="005B0D53"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зеленого 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винограда всего)</w:t>
            </w:r>
          </w:p>
          <w:p w14:paraId="1DE89193" w14:textId="26477306" w:rsidR="00CC5B4E" w:rsidRDefault="00CC5B4E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А теперь, когда мы знаем количество зеленого винограда и количество черного винограда мы можем ответить на главный вопрос задачи? (Можем)</w:t>
            </w:r>
          </w:p>
          <w:p w14:paraId="571E161D" w14:textId="7EAA90F8" w:rsidR="00CC5B4E" w:rsidRDefault="009D1D98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Как мы это сделаем? (144+256)</w:t>
            </w:r>
          </w:p>
          <w:p w14:paraId="3ED1270B" w14:textId="5C7B4776" w:rsidR="009D1D98" w:rsidRDefault="009D1D98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Запишите четвертое действие.</w:t>
            </w:r>
          </w:p>
          <w:p w14:paraId="17575069" w14:textId="52A79374" w:rsidR="009D1D98" w:rsidRDefault="009D1D98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Что у вас получилось? (400 кг)</w:t>
            </w:r>
          </w:p>
          <w:p w14:paraId="7F642B3F" w14:textId="7E0AF863" w:rsidR="009D1D98" w:rsidRDefault="009D1D98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Молодцы! Запиши</w:t>
            </w:r>
            <w:r w:rsidR="005B0D53">
              <w:rPr>
                <w:rFonts w:ascii="Times New Roman" w:hAnsi="Times New Roman" w:cs="Times New Roman"/>
                <w:bCs/>
                <w:sz w:val="28"/>
                <w:lang w:val="ru-RU"/>
              </w:rPr>
              <w:t>те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 ответ.</w:t>
            </w:r>
          </w:p>
          <w:p w14:paraId="5F632F90" w14:textId="52971AF0" w:rsidR="009D1D98" w:rsidRDefault="009D1D98" w:rsidP="003F2A6F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Какой ответ вы записали?</w:t>
            </w:r>
          </w:p>
          <w:p w14:paraId="7649C147" w14:textId="71043D0C" w:rsidR="00DD6948" w:rsidRDefault="009D1D98" w:rsidP="00DD694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(Ответ: 400 </w:t>
            </w:r>
            <w:r w:rsidRPr="001D3660">
              <w:rPr>
                <w:rFonts w:ascii="Times New Roman" w:hAnsi="Times New Roman" w:cs="Times New Roman"/>
                <w:bCs/>
                <w:sz w:val="28"/>
                <w:lang w:val="ru-RU"/>
              </w:rPr>
              <w:t>кг было черного и зеленого винограда</w:t>
            </w: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.)</w:t>
            </w:r>
          </w:p>
          <w:tbl>
            <w:tblPr>
              <w:tblStyle w:val="aff0"/>
              <w:tblW w:w="5088" w:type="dxa"/>
              <w:tblLook w:val="04A0" w:firstRow="1" w:lastRow="0" w:firstColumn="1" w:lastColumn="0" w:noHBand="0" w:noVBand="1"/>
            </w:tblPr>
            <w:tblGrid>
              <w:gridCol w:w="1126"/>
              <w:gridCol w:w="970"/>
              <w:gridCol w:w="1036"/>
              <w:gridCol w:w="677"/>
              <w:gridCol w:w="743"/>
              <w:gridCol w:w="536"/>
            </w:tblGrid>
            <w:tr w:rsidR="00BC0FC7" w:rsidRPr="005B0D53" w14:paraId="183AD89E" w14:textId="545F6871" w:rsidTr="00945E1E">
              <w:trPr>
                <w:trHeight w:val="40"/>
              </w:trPr>
              <w:tc>
                <w:tcPr>
                  <w:tcW w:w="1126" w:type="dxa"/>
                </w:tcPr>
                <w:p w14:paraId="0903D274" w14:textId="77777777" w:rsidR="00BC0FC7" w:rsidRPr="00B81948" w:rsidRDefault="00BC0FC7" w:rsidP="00DD6948">
                  <w:pPr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970" w:type="dxa"/>
                </w:tcPr>
                <w:p w14:paraId="72AD5CC4" w14:textId="77777777" w:rsidR="00BC0FC7" w:rsidRPr="00B81948" w:rsidRDefault="00BC0FC7" w:rsidP="00DD6948">
                  <w:pPr>
                    <w:rPr>
                      <w:rFonts w:ascii="Times New Roman" w:hAnsi="Times New Roman" w:cs="Times New Roman"/>
                      <w:lang w:val="ru-RU"/>
                    </w:rPr>
                  </w:pPr>
                  <w:r w:rsidRPr="00B81948">
                    <w:rPr>
                      <w:rFonts w:ascii="Times New Roman" w:hAnsi="Times New Roman" w:cs="Times New Roman"/>
                      <w:lang w:val="ru-RU"/>
                    </w:rPr>
                    <w:t>кг в 1 коробке</w:t>
                  </w:r>
                </w:p>
              </w:tc>
              <w:tc>
                <w:tcPr>
                  <w:tcW w:w="1036" w:type="dxa"/>
                </w:tcPr>
                <w:p w14:paraId="7FCCC6FB" w14:textId="785EA3C6" w:rsidR="00BC0FC7" w:rsidRPr="00B81948" w:rsidRDefault="00BC0FC7" w:rsidP="00DD6948">
                  <w:pPr>
                    <w:rPr>
                      <w:rFonts w:ascii="Times New Roman" w:hAnsi="Times New Roman" w:cs="Times New Roman"/>
                      <w:lang w:val="ru-RU"/>
                    </w:rPr>
                  </w:pPr>
                  <w:r w:rsidRPr="00B81948">
                    <w:rPr>
                      <w:rFonts w:ascii="Times New Roman" w:hAnsi="Times New Roman" w:cs="Times New Roman"/>
                      <w:lang w:val="ru-RU"/>
                    </w:rPr>
                    <w:t>Кол-во коробок</w:t>
                  </w:r>
                </w:p>
              </w:tc>
              <w:tc>
                <w:tcPr>
                  <w:tcW w:w="677" w:type="dxa"/>
                  <w:vMerge w:val="restart"/>
                </w:tcPr>
                <w:p w14:paraId="6DFA8E15" w14:textId="269B8C2C" w:rsidR="00BC0FC7" w:rsidRPr="00DD6948" w:rsidRDefault="00BC0FC7" w:rsidP="00DD6948">
                  <w:pPr>
                    <w:rPr>
                      <w:rFonts w:ascii="Times New Roman" w:hAnsi="Times New Roman" w:cs="Times New Roman"/>
                      <w:lang w:val="ru-RU"/>
                    </w:rPr>
                  </w:pPr>
                  <w:r w:rsidRPr="004E21CC">
                    <w:rPr>
                      <w:rFonts w:ascii="Times New Roman" w:hAnsi="Times New Roman" w:cs="Times New Roman"/>
                      <w:noProof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663360" behindDoc="1" locked="0" layoutInCell="1" allowOverlap="1" wp14:anchorId="4EA2CFF5" wp14:editId="7B6E997C">
                            <wp:simplePos x="0" y="0"/>
                            <wp:positionH relativeFrom="column">
                              <wp:posOffset>-172776</wp:posOffset>
                            </wp:positionH>
                            <wp:positionV relativeFrom="paragraph">
                              <wp:posOffset>237490</wp:posOffset>
                            </wp:positionV>
                            <wp:extent cx="600710" cy="669290"/>
                            <wp:effectExtent l="0" t="0" r="8890" b="0"/>
                            <wp:wrapNone/>
                            <wp:docPr id="217" name="Надпись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600710" cy="66929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40E90D85" w14:textId="77777777" w:rsidR="00BC0FC7" w:rsidRPr="004E21CC" w:rsidRDefault="00BC0FC7" w:rsidP="00B81948">
                                        <w:pPr>
                                          <w:rPr>
                                            <w:rFonts w:ascii="Times New Roman" w:hAnsi="Times New Roman" w:cs="Times New Roman"/>
                                            <w:sz w:val="72"/>
                                            <w:szCs w:val="72"/>
                                          </w:rPr>
                                        </w:pPr>
                                        <w:r w:rsidRPr="004E21CC">
                                          <w:rPr>
                                            <w:rFonts w:ascii="Times New Roman" w:hAnsi="Times New Roman" w:cs="Times New Roman"/>
                                            <w:sz w:val="72"/>
                                            <w:szCs w:val="72"/>
                                          </w:rPr>
                                          <w:t>}</w:t>
                                        </w:r>
                                        <w:r w:rsidRPr="00BC0FC7">
                                          <w:rPr>
                                            <w:rFonts w:ascii="Times New Roman" w:hAnsi="Times New Roman" w:cs="Times New Roman"/>
                                            <w:sz w:val="32"/>
                                            <w:szCs w:val="32"/>
                                            <w:vertAlign w:val="superscript"/>
                                          </w:rPr>
                                          <w:t>48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4EA2CFF5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Надпись 2" o:spid="_x0000_s1026" type="#_x0000_t202" style="position:absolute;margin-left:-13.6pt;margin-top:18.7pt;width:47.3pt;height:52.7pt;z-index:-251653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" fillcolor="white [3212]" stroked="f">
                            <v:textbox>
                              <w:txbxContent>
                                <w:p w14:paraId="40E90D85" w14:textId="77777777" w:rsidR="00BC0FC7" w:rsidRPr="004E21CC" w:rsidRDefault="00BC0FC7" w:rsidP="00B81948">
                                  <w:pPr>
                                    <w:rPr>
                                      <w:rFonts w:ascii="Times New Roman" w:hAnsi="Times New Roman" w:cs="Times New Roman"/>
                                      <w:sz w:val="72"/>
                                      <w:szCs w:val="72"/>
                                    </w:rPr>
                                  </w:pPr>
                                  <w:r w:rsidRPr="004E21CC">
                                    <w:rPr>
                                      <w:rFonts w:ascii="Times New Roman" w:hAnsi="Times New Roman" w:cs="Times New Roman"/>
                                      <w:sz w:val="72"/>
                                      <w:szCs w:val="72"/>
                                    </w:rPr>
                                    <w:t>}</w:t>
                                  </w:r>
                                  <w:r w:rsidRPr="00BC0FC7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  <w:vertAlign w:val="superscript"/>
                                    </w:rPr>
                                    <w:t>48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743" w:type="dxa"/>
                </w:tcPr>
                <w:p w14:paraId="4029A20E" w14:textId="0BF51BAF" w:rsidR="00BC0FC7" w:rsidRPr="00BC0FC7" w:rsidRDefault="00BC0FC7" w:rsidP="00DD6948">
                  <w:pPr>
                    <w:rPr>
                      <w:rFonts w:ascii="Times New Roman" w:hAnsi="Times New Roman" w:cs="Times New Roman"/>
                      <w:lang w:val="ru-RU"/>
                    </w:rPr>
                  </w:pPr>
                  <w:r w:rsidRPr="00BC0FC7">
                    <w:rPr>
                      <w:rFonts w:ascii="Times New Roman" w:hAnsi="Times New Roman" w:cs="Times New Roman"/>
                      <w:lang w:val="ru-RU"/>
                    </w:rPr>
                    <w:t>кг всего</w:t>
                  </w:r>
                </w:p>
              </w:tc>
              <w:tc>
                <w:tcPr>
                  <w:tcW w:w="536" w:type="dxa"/>
                  <w:vMerge w:val="restart"/>
                </w:tcPr>
                <w:p w14:paraId="6B369981" w14:textId="5B1EA2C3" w:rsidR="00BC0FC7" w:rsidRPr="00BC0FC7" w:rsidRDefault="00BC0FC7" w:rsidP="00DD6948">
                  <w:pPr>
                    <w:rPr>
                      <w:rFonts w:ascii="Times New Roman" w:hAnsi="Times New Roman" w:cs="Times New Roman"/>
                      <w:lang w:val="ru-RU"/>
                    </w:rPr>
                  </w:pPr>
                  <w:r w:rsidRPr="004E21CC">
                    <w:rPr>
                      <w:rFonts w:ascii="Times New Roman" w:hAnsi="Times New Roman" w:cs="Times New Roman"/>
                      <w:noProof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665408" behindDoc="1" locked="0" layoutInCell="1" allowOverlap="1" wp14:anchorId="33487682" wp14:editId="33C1D9DE">
                            <wp:simplePos x="0" y="0"/>
                            <wp:positionH relativeFrom="column">
                              <wp:posOffset>-181069</wp:posOffset>
                            </wp:positionH>
                            <wp:positionV relativeFrom="paragraph">
                              <wp:posOffset>252837</wp:posOffset>
                            </wp:positionV>
                            <wp:extent cx="600710" cy="669290"/>
                            <wp:effectExtent l="0" t="0" r="8890" b="0"/>
                            <wp:wrapNone/>
                            <wp:docPr id="784441489" name="Надпись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600710" cy="66929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411F10D8" w14:textId="14052CF4" w:rsidR="00BC0FC7" w:rsidRPr="00BC0FC7" w:rsidRDefault="00BC0FC7" w:rsidP="00BC0FC7">
                                        <w:pPr>
                                          <w:rPr>
                                            <w:rFonts w:ascii="Times New Roman" w:hAnsi="Times New Roman" w:cs="Times New Roman"/>
                                            <w:sz w:val="72"/>
                                            <w:szCs w:val="72"/>
                                            <w:lang w:val="ru-RU"/>
                                          </w:rPr>
                                        </w:pPr>
                                        <w:r w:rsidRPr="004E21CC">
                                          <w:rPr>
                                            <w:rFonts w:ascii="Times New Roman" w:hAnsi="Times New Roman" w:cs="Times New Roman"/>
                                            <w:sz w:val="72"/>
                                            <w:szCs w:val="72"/>
                                          </w:rPr>
                                          <w:t>}</w:t>
                                        </w:r>
                                        <w:r>
                                          <w:rPr>
                                            <w:rFonts w:ascii="Times New Roman" w:hAnsi="Times New Roman" w:cs="Times New Roman"/>
                                            <w:sz w:val="32"/>
                                            <w:szCs w:val="32"/>
                                            <w:vertAlign w:val="superscript"/>
                                            <w:lang w:val="ru-RU"/>
                                          </w:rPr>
                                          <w:t>?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33487682" id="_x0000_s1027" type="#_x0000_t202" style="position:absolute;margin-left:-14.25pt;margin-top:19.9pt;width:47.3pt;height:52.7pt;z-index:-251651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" fillcolor="white [3212]" stroked="f">
                            <v:textbox>
                              <w:txbxContent>
                                <w:p w14:paraId="411F10D8" w14:textId="14052CF4" w:rsidR="00BC0FC7" w:rsidRPr="00BC0FC7" w:rsidRDefault="00BC0FC7" w:rsidP="00BC0FC7">
                                  <w:pPr>
                                    <w:rPr>
                                      <w:rFonts w:ascii="Times New Roman" w:hAnsi="Times New Roman" w:cs="Times New Roman"/>
                                      <w:sz w:val="72"/>
                                      <w:szCs w:val="72"/>
                                      <w:lang w:val="ru-RU"/>
                                    </w:rPr>
                                  </w:pPr>
                                  <w:r w:rsidRPr="004E21CC">
                                    <w:rPr>
                                      <w:rFonts w:ascii="Times New Roman" w:hAnsi="Times New Roman" w:cs="Times New Roman"/>
                                      <w:sz w:val="72"/>
                                      <w:szCs w:val="72"/>
                                    </w:rPr>
                                    <w:t>}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  <w:vertAlign w:val="superscript"/>
                                      <w:lang w:val="ru-RU"/>
                                    </w:rPr>
                                    <w:t>?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</w:tr>
            <w:tr w:rsidR="00BC0FC7" w:rsidRPr="005B0D53" w14:paraId="23D7B37D" w14:textId="28ABDDA1" w:rsidTr="00945E1E">
              <w:trPr>
                <w:trHeight w:val="457"/>
              </w:trPr>
              <w:tc>
                <w:tcPr>
                  <w:tcW w:w="1126" w:type="dxa"/>
                </w:tcPr>
                <w:p w14:paraId="2494DD99" w14:textId="77777777" w:rsidR="00BC0FC7" w:rsidRPr="00BC0FC7" w:rsidRDefault="00BC0FC7" w:rsidP="00DD6948">
                  <w:pPr>
                    <w:rPr>
                      <w:rFonts w:ascii="Times New Roman" w:hAnsi="Times New Roman" w:cs="Times New Roman"/>
                      <w:lang w:val="ru-RU"/>
                    </w:rPr>
                  </w:pPr>
                  <w:r w:rsidRPr="00BC0FC7">
                    <w:rPr>
                      <w:rFonts w:ascii="Times New Roman" w:hAnsi="Times New Roman" w:cs="Times New Roman"/>
                      <w:lang w:val="ru-RU"/>
                    </w:rPr>
                    <w:t>Черный виноград</w:t>
                  </w:r>
                </w:p>
              </w:tc>
              <w:tc>
                <w:tcPr>
                  <w:tcW w:w="970" w:type="dxa"/>
                </w:tcPr>
                <w:p w14:paraId="7E05F2E5" w14:textId="77777777" w:rsidR="00BC0FC7" w:rsidRPr="00BC0FC7" w:rsidRDefault="00BC0FC7" w:rsidP="00DD6948">
                  <w:pPr>
                    <w:jc w:val="center"/>
                    <w:rPr>
                      <w:rFonts w:ascii="Times New Roman" w:hAnsi="Times New Roman" w:cs="Times New Roman"/>
                      <w:lang w:val="ru-RU"/>
                    </w:rPr>
                  </w:pPr>
                  <w:r w:rsidRPr="00BC0FC7">
                    <w:rPr>
                      <w:rFonts w:ascii="Times New Roman" w:hAnsi="Times New Roman" w:cs="Times New Roman"/>
                      <w:lang w:val="ru-RU"/>
                    </w:rPr>
                    <w:t>9</w:t>
                  </w:r>
                </w:p>
              </w:tc>
              <w:tc>
                <w:tcPr>
                  <w:tcW w:w="1036" w:type="dxa"/>
                </w:tcPr>
                <w:p w14:paraId="454443DC" w14:textId="77777777" w:rsidR="00BC0FC7" w:rsidRPr="00BC0FC7" w:rsidRDefault="00BC0FC7" w:rsidP="00DD6948">
                  <w:pPr>
                    <w:jc w:val="center"/>
                    <w:rPr>
                      <w:rFonts w:ascii="Times New Roman" w:hAnsi="Times New Roman" w:cs="Times New Roman"/>
                      <w:lang w:val="ru-RU"/>
                    </w:rPr>
                  </w:pPr>
                  <w:r w:rsidRPr="00BC0FC7">
                    <w:rPr>
                      <w:rFonts w:ascii="Times New Roman" w:hAnsi="Times New Roman" w:cs="Times New Roman"/>
                      <w:lang w:val="ru-RU"/>
                    </w:rPr>
                    <w:t>16</w:t>
                  </w:r>
                </w:p>
              </w:tc>
              <w:tc>
                <w:tcPr>
                  <w:tcW w:w="677" w:type="dxa"/>
                  <w:vMerge/>
                </w:tcPr>
                <w:p w14:paraId="66EC34BF" w14:textId="77777777" w:rsidR="00BC0FC7" w:rsidRPr="00BC0FC7" w:rsidRDefault="00BC0FC7" w:rsidP="00DD6948">
                  <w:pPr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743" w:type="dxa"/>
                </w:tcPr>
                <w:p w14:paraId="0EB07DD3" w14:textId="77777777" w:rsidR="00BC0FC7" w:rsidRPr="00BC0FC7" w:rsidRDefault="00BC0FC7" w:rsidP="00DD6948">
                  <w:pPr>
                    <w:jc w:val="center"/>
                    <w:rPr>
                      <w:rFonts w:ascii="Times New Roman" w:hAnsi="Times New Roman" w:cs="Times New Roman"/>
                      <w:lang w:val="ru-RU"/>
                    </w:rPr>
                  </w:pPr>
                  <w:r w:rsidRPr="00BC0FC7">
                    <w:rPr>
                      <w:rFonts w:ascii="Times New Roman" w:hAnsi="Times New Roman" w:cs="Times New Roman"/>
                      <w:lang w:val="ru-RU"/>
                    </w:rPr>
                    <w:t>?</w:t>
                  </w:r>
                </w:p>
              </w:tc>
              <w:tc>
                <w:tcPr>
                  <w:tcW w:w="536" w:type="dxa"/>
                  <w:vMerge/>
                </w:tcPr>
                <w:p w14:paraId="64623564" w14:textId="77777777" w:rsidR="00BC0FC7" w:rsidRPr="00BC0FC7" w:rsidRDefault="00BC0FC7" w:rsidP="00DD6948">
                  <w:pPr>
                    <w:jc w:val="center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  <w:tr w:rsidR="00BC0FC7" w:rsidRPr="005B0D53" w14:paraId="6DCF8EB6" w14:textId="26A7173E" w:rsidTr="00945E1E">
              <w:trPr>
                <w:trHeight w:val="40"/>
              </w:trPr>
              <w:tc>
                <w:tcPr>
                  <w:tcW w:w="1126" w:type="dxa"/>
                </w:tcPr>
                <w:p w14:paraId="250D7FDA" w14:textId="77777777" w:rsidR="00BC0FC7" w:rsidRPr="00BC0FC7" w:rsidRDefault="00BC0FC7" w:rsidP="00DD6948">
                  <w:pPr>
                    <w:rPr>
                      <w:rFonts w:ascii="Times New Roman" w:hAnsi="Times New Roman" w:cs="Times New Roman"/>
                      <w:lang w:val="ru-RU"/>
                    </w:rPr>
                  </w:pPr>
                  <w:r w:rsidRPr="00BC0FC7">
                    <w:rPr>
                      <w:rFonts w:ascii="Times New Roman" w:hAnsi="Times New Roman" w:cs="Times New Roman"/>
                      <w:lang w:val="ru-RU"/>
                    </w:rPr>
                    <w:t>Зеленый виноград</w:t>
                  </w:r>
                </w:p>
              </w:tc>
              <w:tc>
                <w:tcPr>
                  <w:tcW w:w="970" w:type="dxa"/>
                </w:tcPr>
                <w:p w14:paraId="11EEA5F1" w14:textId="77777777" w:rsidR="00BC0FC7" w:rsidRPr="00BC0FC7" w:rsidRDefault="00BC0FC7" w:rsidP="00DD6948">
                  <w:pPr>
                    <w:jc w:val="center"/>
                    <w:rPr>
                      <w:rFonts w:ascii="Times New Roman" w:hAnsi="Times New Roman" w:cs="Times New Roman"/>
                      <w:lang w:val="ru-RU"/>
                    </w:rPr>
                  </w:pPr>
                  <w:r w:rsidRPr="00BC0FC7">
                    <w:rPr>
                      <w:rFonts w:ascii="Times New Roman" w:hAnsi="Times New Roman" w:cs="Times New Roman"/>
                      <w:lang w:val="ru-RU"/>
                    </w:rPr>
                    <w:t>8</w:t>
                  </w:r>
                </w:p>
              </w:tc>
              <w:tc>
                <w:tcPr>
                  <w:tcW w:w="1036" w:type="dxa"/>
                </w:tcPr>
                <w:p w14:paraId="0B60B691" w14:textId="3F61D0FF" w:rsidR="00BC0FC7" w:rsidRPr="00BC0FC7" w:rsidRDefault="00BC0FC7" w:rsidP="00DD6948">
                  <w:pPr>
                    <w:jc w:val="center"/>
                    <w:rPr>
                      <w:rFonts w:ascii="Times New Roman" w:hAnsi="Times New Roman" w:cs="Times New Roman"/>
                      <w:lang w:val="ru-RU"/>
                    </w:rPr>
                  </w:pPr>
                  <w:r w:rsidRPr="00BC0FC7">
                    <w:rPr>
                      <w:rFonts w:ascii="Times New Roman" w:hAnsi="Times New Roman" w:cs="Times New Roman"/>
                      <w:lang w:val="ru-RU"/>
                    </w:rPr>
                    <w:t>?</w:t>
                  </w:r>
                </w:p>
              </w:tc>
              <w:tc>
                <w:tcPr>
                  <w:tcW w:w="677" w:type="dxa"/>
                  <w:vMerge/>
                </w:tcPr>
                <w:p w14:paraId="18488C01" w14:textId="77777777" w:rsidR="00BC0FC7" w:rsidRPr="00BC0FC7" w:rsidRDefault="00BC0FC7" w:rsidP="00DD6948">
                  <w:pPr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743" w:type="dxa"/>
                </w:tcPr>
                <w:p w14:paraId="322FC61A" w14:textId="2781F975" w:rsidR="00BC0FC7" w:rsidRPr="00BC0FC7" w:rsidRDefault="00BC0FC7" w:rsidP="00DD6948">
                  <w:pPr>
                    <w:jc w:val="center"/>
                    <w:rPr>
                      <w:rFonts w:ascii="Times New Roman" w:hAnsi="Times New Roman" w:cs="Times New Roman"/>
                      <w:lang w:val="ru-RU"/>
                    </w:rPr>
                  </w:pPr>
                  <w:r w:rsidRPr="00BC0FC7">
                    <w:rPr>
                      <w:rFonts w:ascii="Times New Roman" w:hAnsi="Times New Roman" w:cs="Times New Roman"/>
                      <w:lang w:val="ru-RU"/>
                    </w:rPr>
                    <w:t>?</w:t>
                  </w:r>
                </w:p>
              </w:tc>
              <w:tc>
                <w:tcPr>
                  <w:tcW w:w="536" w:type="dxa"/>
                  <w:vMerge/>
                </w:tcPr>
                <w:p w14:paraId="73337E29" w14:textId="77777777" w:rsidR="00BC0FC7" w:rsidRPr="00BC0FC7" w:rsidRDefault="00BC0FC7" w:rsidP="00DD6948">
                  <w:pPr>
                    <w:jc w:val="center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</w:tbl>
          <w:p w14:paraId="6FC4ED29" w14:textId="060E79BF" w:rsidR="00DD6948" w:rsidRDefault="00DD6948" w:rsidP="00DD694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</w:p>
          <w:p w14:paraId="0A5A7431" w14:textId="60234308" w:rsidR="00945E1E" w:rsidRDefault="00945E1E" w:rsidP="00945E1E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1) 9*16=144 (кг) – черного винограда всего.</w:t>
            </w:r>
          </w:p>
          <w:p w14:paraId="656848CD" w14:textId="08EFC882" w:rsidR="00DD6948" w:rsidRDefault="00945E1E" w:rsidP="00DD694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2</w:t>
            </w:r>
            <w:r w:rsidR="001D3660">
              <w:rPr>
                <w:rFonts w:ascii="Times New Roman" w:hAnsi="Times New Roman" w:cs="Times New Roman"/>
                <w:bCs/>
                <w:sz w:val="28"/>
                <w:lang w:val="ru-RU"/>
              </w:rPr>
              <w:t>) 48-16=32 (к.) – зеленого винограда.</w:t>
            </w:r>
          </w:p>
          <w:p w14:paraId="637F1A38" w14:textId="77777777" w:rsidR="001D3660" w:rsidRDefault="001D3660" w:rsidP="00DD694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3) 8*32=256 (кг) – зеленого винограда всего.</w:t>
            </w:r>
          </w:p>
          <w:p w14:paraId="7225B73C" w14:textId="77777777" w:rsidR="001D3660" w:rsidRDefault="001D3660" w:rsidP="00DD694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lastRenderedPageBreak/>
              <w:t>4) 144+256=400 (кг)</w:t>
            </w:r>
          </w:p>
          <w:p w14:paraId="26C793C0" w14:textId="7E73DCAA" w:rsidR="001D3660" w:rsidRDefault="001D3660" w:rsidP="00DD694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</w:p>
          <w:p w14:paraId="44639BE6" w14:textId="063D9356" w:rsidR="001361C8" w:rsidRDefault="001361C8" w:rsidP="001361C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Теперь возьмите карточку под номером 2</w:t>
            </w:r>
            <w:r w:rsidR="00945E1E"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 и послушайте внимательно. Сейчас при помощи палетки девочкам нужно найти площадь розовой фигуры, а мальчиком голубой фигуры и записать решение в тетрадь. </w:t>
            </w:r>
          </w:p>
          <w:p w14:paraId="3C60AC4F" w14:textId="38CE2BB2" w:rsidR="001361C8" w:rsidRDefault="00945E1E" w:rsidP="001361C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noProof/>
              </w:rPr>
              <w:drawing>
                <wp:inline distT="0" distB="0" distL="0" distR="0" wp14:anchorId="586F2D98" wp14:editId="41160EAB">
                  <wp:extent cx="3317024" cy="2714625"/>
                  <wp:effectExtent l="0" t="0" r="0" b="0"/>
                  <wp:docPr id="1614142907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4142907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9503" cy="2733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3BF1FCC" w14:textId="77777777" w:rsidR="001361C8" w:rsidRDefault="001361C8" w:rsidP="001361C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</w:p>
          <w:p w14:paraId="4D1936F8" w14:textId="77777777" w:rsidR="00945E1E" w:rsidRDefault="001361C8" w:rsidP="001361C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Итак, ребята, что у вас получилось?</w:t>
            </w:r>
            <w:r w:rsidR="00945E1E"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 (Спрашиваю несколько детей по первой и второй фигуре, так как ответы могут быть разными)</w:t>
            </w:r>
          </w:p>
          <w:p w14:paraId="59C42CC8" w14:textId="6F0C7CB6" w:rsidR="001361C8" w:rsidRDefault="001361C8" w:rsidP="001361C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>- Как нашли? (Приложили палетку, посчитали полные квадраты, затем неполные, количество неполных поделили на 2 и сложили с полными)</w:t>
            </w:r>
          </w:p>
          <w:p w14:paraId="55F6DA68" w14:textId="54A1F895" w:rsidR="001361C8" w:rsidRDefault="001361C8" w:rsidP="00945E1E">
            <w:pPr>
              <w:tabs>
                <w:tab w:val="left" w:pos="1698"/>
              </w:tabs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lang w:val="ru-RU"/>
              </w:rPr>
              <w:t xml:space="preserve">- </w:t>
            </w:r>
            <w:r w:rsidR="00945E1E">
              <w:rPr>
                <w:rFonts w:ascii="Times New Roman" w:hAnsi="Times New Roman" w:cs="Times New Roman"/>
                <w:bCs/>
                <w:sz w:val="28"/>
                <w:lang w:val="ru-RU"/>
              </w:rPr>
              <w:t>Молодцы, ребята!</w:t>
            </w:r>
          </w:p>
          <w:p w14:paraId="4A87C7B4" w14:textId="36AE4259" w:rsidR="001D3660" w:rsidRDefault="001D3660" w:rsidP="00DD6948">
            <w:pPr>
              <w:rPr>
                <w:rFonts w:ascii="Times New Roman" w:hAnsi="Times New Roman" w:cs="Times New Roman"/>
                <w:bCs/>
                <w:sz w:val="28"/>
                <w:lang w:val="ru-RU"/>
              </w:rPr>
            </w:pPr>
          </w:p>
        </w:tc>
        <w:tc>
          <w:tcPr>
            <w:tcW w:w="2311" w:type="dxa"/>
          </w:tcPr>
          <w:p w14:paraId="4EB315B9" w14:textId="24AF53E0" w:rsidR="005506E1" w:rsidRDefault="005506E1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lastRenderedPageBreak/>
              <w:t xml:space="preserve">П: </w:t>
            </w:r>
            <w:r w:rsidRPr="00E83DA5">
              <w:rPr>
                <w:rFonts w:ascii="Times New Roman" w:hAnsi="Times New Roman" w:cs="Times New Roman"/>
                <w:sz w:val="28"/>
                <w:lang w:val="ru-RU"/>
              </w:rPr>
              <w:t xml:space="preserve">умение решать </w:t>
            </w:r>
            <w:r w:rsidR="009E2D95">
              <w:rPr>
                <w:rFonts w:ascii="Times New Roman" w:hAnsi="Times New Roman" w:cs="Times New Roman"/>
                <w:sz w:val="28"/>
                <w:lang w:val="ru-RU"/>
              </w:rPr>
              <w:t>примеры</w:t>
            </w:r>
          </w:p>
          <w:p w14:paraId="29DA4C1F" w14:textId="2FD841EE" w:rsidR="005506E1" w:rsidRDefault="00D759E2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 w:rsidRPr="00D759E2">
              <w:rPr>
                <w:rFonts w:ascii="Times New Roman" w:hAnsi="Times New Roman" w:cs="Times New Roman"/>
                <w:sz w:val="28"/>
                <w:lang w:val="ru-RU"/>
              </w:rPr>
              <w:t>Решают примеры  тетрадях.</w:t>
            </w:r>
          </w:p>
          <w:p w14:paraId="56759169" w14:textId="77777777" w:rsidR="005506E1" w:rsidRDefault="005506E1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6ACC92B4" w14:textId="77777777" w:rsidR="00D759E2" w:rsidRDefault="00D759E2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12367664" w14:textId="77777777" w:rsidR="005506E1" w:rsidRDefault="005506E1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1E315132" w14:textId="77777777" w:rsidR="005506E1" w:rsidRDefault="005506E1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01D5D6BF" w14:textId="77777777" w:rsidR="005506E1" w:rsidRDefault="005506E1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1767A722" w14:textId="77777777" w:rsidR="005506E1" w:rsidRDefault="005506E1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143B7B2C" w14:textId="77777777" w:rsidR="005506E1" w:rsidRDefault="005506E1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6306ED08" w14:textId="77777777" w:rsidR="005506E1" w:rsidRDefault="005506E1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3A432AB5" w14:textId="77777777" w:rsidR="005506E1" w:rsidRDefault="005506E1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126E471E" w14:textId="77777777" w:rsidR="005506E1" w:rsidRDefault="005506E1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5BC106C9" w14:textId="77777777" w:rsidR="005506E1" w:rsidRDefault="005506E1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172E2A02" w14:textId="77777777" w:rsidR="005506E1" w:rsidRPr="00E83DA5" w:rsidRDefault="005506E1" w:rsidP="005506E1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 xml:space="preserve">П: </w:t>
            </w:r>
            <w:r w:rsidRPr="00E83DA5">
              <w:rPr>
                <w:rFonts w:ascii="Times New Roman" w:hAnsi="Times New Roman" w:cs="Times New Roman"/>
                <w:sz w:val="28"/>
                <w:lang w:val="ru-RU"/>
              </w:rPr>
              <w:t>умение решать текстовые задачи и выражения по теме.</w:t>
            </w:r>
          </w:p>
          <w:p w14:paraId="5E666BEA" w14:textId="77777777" w:rsidR="009E2D95" w:rsidRDefault="009E2D95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2C830FEC" w14:textId="77777777" w:rsidR="009E2D95" w:rsidRDefault="009E2D95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56052353" w14:textId="61373C21" w:rsidR="009E2D95" w:rsidRPr="005506E1" w:rsidRDefault="009E2D95" w:rsidP="00826053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Обсуждают решение задачи с учителем</w:t>
            </w:r>
          </w:p>
        </w:tc>
      </w:tr>
      <w:tr w:rsidR="00945E1E" w:rsidRPr="005B0D53" w14:paraId="50EDC8B5" w14:textId="77777777" w:rsidTr="001D3660">
        <w:tc>
          <w:tcPr>
            <w:tcW w:w="2308" w:type="dxa"/>
          </w:tcPr>
          <w:p w14:paraId="2727702C" w14:textId="420292FB" w:rsidR="008401DF" w:rsidRDefault="001D3660" w:rsidP="001D3660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lastRenderedPageBreak/>
              <w:t>Н/З</w:t>
            </w:r>
          </w:p>
          <w:p w14:paraId="2F071144" w14:textId="77777777" w:rsidR="00853623" w:rsidRDefault="00853623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3D2E29E8" w14:textId="77777777" w:rsidR="00853623" w:rsidRPr="007657BD" w:rsidRDefault="00853623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Словесный (беседа)</w:t>
            </w:r>
          </w:p>
        </w:tc>
        <w:tc>
          <w:tcPr>
            <w:tcW w:w="5608" w:type="dxa"/>
          </w:tcPr>
          <w:p w14:paraId="5E8AE910" w14:textId="19A8A0A3" w:rsidR="00C033F8" w:rsidRDefault="001D3660" w:rsidP="00C033F8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 xml:space="preserve">Ребята, у нас еще осталось время, поэтому давайте поработаем устно. </w:t>
            </w:r>
            <w:r w:rsidR="005854A7">
              <w:rPr>
                <w:rFonts w:ascii="Times New Roman" w:hAnsi="Times New Roman" w:cs="Times New Roman"/>
                <w:sz w:val="28"/>
                <w:lang w:val="ru-RU"/>
              </w:rPr>
              <w:t>Посмотрите,</w:t>
            </w:r>
            <w:r>
              <w:rPr>
                <w:rFonts w:ascii="Times New Roman" w:hAnsi="Times New Roman" w:cs="Times New Roman"/>
                <w:sz w:val="28"/>
                <w:lang w:val="ru-RU"/>
              </w:rPr>
              <w:t xml:space="preserve"> что изображено на полях страницы 43? (Цепочка)</w:t>
            </w:r>
          </w:p>
          <w:p w14:paraId="4A70BE7D" w14:textId="77777777" w:rsidR="001D3660" w:rsidRDefault="001D3660" w:rsidP="00C033F8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 Что нужно сделать? (Пройти ее)</w:t>
            </w:r>
          </w:p>
          <w:p w14:paraId="3F4677E1" w14:textId="77777777" w:rsidR="001D3660" w:rsidRDefault="005506E1" w:rsidP="00C033F8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 Какое первое число? (1000)</w:t>
            </w:r>
          </w:p>
          <w:p w14:paraId="17D0BCF4" w14:textId="77777777" w:rsidR="005506E1" w:rsidRDefault="005506E1" w:rsidP="00C033F8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 Что нужно сделать? (-280)</w:t>
            </w:r>
          </w:p>
          <w:p w14:paraId="7013393D" w14:textId="77777777" w:rsidR="005506E1" w:rsidRDefault="005506E1" w:rsidP="00C033F8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 Сколько получится? (720)</w:t>
            </w:r>
          </w:p>
          <w:p w14:paraId="1AFF912E" w14:textId="77777777" w:rsidR="005506E1" w:rsidRDefault="005506E1" w:rsidP="00C033F8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lastRenderedPageBreak/>
              <w:t>- Что нужно сделать дальше? (*10)</w:t>
            </w:r>
          </w:p>
          <w:p w14:paraId="3D072DFC" w14:textId="77777777" w:rsidR="005506E1" w:rsidRDefault="005506E1" w:rsidP="00C033F8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 Сколько получится? (7200)</w:t>
            </w:r>
          </w:p>
          <w:p w14:paraId="5013F2B7" w14:textId="77777777" w:rsidR="005506E1" w:rsidRDefault="005506E1" w:rsidP="00C033F8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 Что дальше? (:100)</w:t>
            </w:r>
          </w:p>
          <w:p w14:paraId="3BA0AC98" w14:textId="77777777" w:rsidR="005506E1" w:rsidRDefault="005506E1" w:rsidP="00C033F8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 Сколько получится? (72)</w:t>
            </w:r>
          </w:p>
          <w:p w14:paraId="755BB50C" w14:textId="77777777" w:rsidR="005506E1" w:rsidRDefault="005506E1" w:rsidP="00C033F8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 Что идет дальше? (:6)</w:t>
            </w:r>
          </w:p>
          <w:p w14:paraId="212BBBA9" w14:textId="77777777" w:rsidR="005506E1" w:rsidRDefault="005506E1" w:rsidP="00C033F8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 Что получилось? (12)</w:t>
            </w:r>
          </w:p>
          <w:p w14:paraId="04576567" w14:textId="77777777" w:rsidR="005506E1" w:rsidRDefault="005506E1" w:rsidP="00C033F8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 Что сделать дальше? (*3)</w:t>
            </w:r>
          </w:p>
          <w:p w14:paraId="6BFF4BA8" w14:textId="77777777" w:rsidR="005506E1" w:rsidRDefault="005506E1" w:rsidP="00C033F8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 Сколько получилось? (36)</w:t>
            </w:r>
          </w:p>
          <w:p w14:paraId="3015D8CA" w14:textId="77777777" w:rsidR="005506E1" w:rsidRDefault="005506E1" w:rsidP="00C033F8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 Что дальше? (+500)</w:t>
            </w:r>
          </w:p>
          <w:p w14:paraId="3FC57FE9" w14:textId="337AC3FC" w:rsidR="005506E1" w:rsidRPr="00C033F8" w:rsidRDefault="005506E1" w:rsidP="00C033F8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 Что получилось в итоге? (536)</w:t>
            </w:r>
          </w:p>
        </w:tc>
        <w:tc>
          <w:tcPr>
            <w:tcW w:w="2311" w:type="dxa"/>
          </w:tcPr>
          <w:p w14:paraId="04B5E3B8" w14:textId="76C170F3" w:rsidR="006424EA" w:rsidRPr="006424EA" w:rsidRDefault="005506E1" w:rsidP="006424EA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lastRenderedPageBreak/>
              <w:t xml:space="preserve">П: </w:t>
            </w:r>
            <w:r w:rsidRPr="00E83DA5">
              <w:rPr>
                <w:rFonts w:ascii="Times New Roman" w:hAnsi="Times New Roman" w:cs="Times New Roman"/>
                <w:sz w:val="28"/>
                <w:lang w:val="ru-RU"/>
              </w:rPr>
              <w:t>умение</w:t>
            </w:r>
            <w:r w:rsidR="00945E1E">
              <w:rPr>
                <w:rFonts w:ascii="Times New Roman" w:hAnsi="Times New Roman" w:cs="Times New Roman"/>
                <w:sz w:val="28"/>
                <w:lang w:val="ru-RU"/>
              </w:rPr>
              <w:t xml:space="preserve"> устно</w:t>
            </w:r>
            <w:r w:rsidRPr="00E83DA5">
              <w:rPr>
                <w:rFonts w:ascii="Times New Roman" w:hAnsi="Times New Roman" w:cs="Times New Roman"/>
                <w:sz w:val="28"/>
                <w:lang w:val="ru-RU"/>
              </w:rPr>
              <w:t xml:space="preserve"> решать выражения по</w:t>
            </w:r>
            <w:r w:rsidR="00467551">
              <w:rPr>
                <w:rFonts w:ascii="Times New Roman" w:hAnsi="Times New Roman" w:cs="Times New Roman"/>
                <w:sz w:val="28"/>
                <w:lang w:val="ru-RU"/>
              </w:rPr>
              <w:t xml:space="preserve"> действиям.</w:t>
            </w:r>
          </w:p>
        </w:tc>
      </w:tr>
      <w:tr w:rsidR="001D3660" w:rsidRPr="005B0D53" w14:paraId="6471CC77" w14:textId="77777777" w:rsidTr="001D3660">
        <w:tc>
          <w:tcPr>
            <w:tcW w:w="2308" w:type="dxa"/>
          </w:tcPr>
          <w:p w14:paraId="0B011CC1" w14:textId="173AAFE1" w:rsidR="001D3660" w:rsidRPr="005506E1" w:rsidRDefault="005506E1" w:rsidP="001D3660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VI. </w:t>
            </w:r>
            <w:r>
              <w:rPr>
                <w:rFonts w:ascii="Times New Roman" w:hAnsi="Times New Roman" w:cs="Times New Roman"/>
                <w:sz w:val="28"/>
                <w:lang w:val="ru-RU"/>
              </w:rPr>
              <w:t>Подведение итогов, рефлексия</w:t>
            </w:r>
          </w:p>
        </w:tc>
        <w:tc>
          <w:tcPr>
            <w:tcW w:w="5608" w:type="dxa"/>
          </w:tcPr>
          <w:p w14:paraId="306B7D4C" w14:textId="58404EEF" w:rsidR="001D3660" w:rsidRDefault="001D3660" w:rsidP="001D3660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</w:t>
            </w:r>
            <w:r w:rsidRPr="001761BF">
              <w:rPr>
                <w:rFonts w:ascii="Times New Roman" w:hAnsi="Times New Roman" w:cs="Times New Roman"/>
                <w:sz w:val="28"/>
                <w:lang w:val="ru-RU"/>
              </w:rPr>
              <w:t xml:space="preserve"> Давайте подведем итоги урока. Что </w:t>
            </w:r>
            <w:r>
              <w:rPr>
                <w:rFonts w:ascii="Times New Roman" w:hAnsi="Times New Roman" w:cs="Times New Roman"/>
                <w:sz w:val="28"/>
                <w:lang w:val="ru-RU"/>
              </w:rPr>
              <w:t>было для вас интересным, трудным</w:t>
            </w:r>
            <w:r w:rsidRPr="001761BF">
              <w:rPr>
                <w:rFonts w:ascii="Times New Roman" w:hAnsi="Times New Roman" w:cs="Times New Roman"/>
                <w:sz w:val="28"/>
                <w:lang w:val="ru-RU"/>
              </w:rPr>
              <w:t>?</w:t>
            </w:r>
            <w:r w:rsidRPr="001761BF">
              <w:rPr>
                <w:rFonts w:ascii="Times New Roman" w:hAnsi="Times New Roman" w:cs="Times New Roman"/>
                <w:sz w:val="28"/>
                <w:lang w:val="ru-RU"/>
              </w:rPr>
              <w:br/>
            </w:r>
            <w:r>
              <w:rPr>
                <w:rFonts w:ascii="Times New Roman" w:hAnsi="Times New Roman" w:cs="Times New Roman"/>
                <w:sz w:val="28"/>
                <w:lang w:val="ru-RU"/>
              </w:rPr>
              <w:t>-</w:t>
            </w:r>
            <w:r w:rsidRPr="001761BF">
              <w:rPr>
                <w:rFonts w:ascii="Times New Roman" w:hAnsi="Times New Roman" w:cs="Times New Roman"/>
                <w:sz w:val="28"/>
                <w:lang w:val="ru-RU"/>
              </w:rPr>
              <w:t xml:space="preserve"> Какие трудности возникли при выполнении упражнений? </w:t>
            </w:r>
            <w:r w:rsidRPr="00C033F8">
              <w:rPr>
                <w:rFonts w:ascii="Times New Roman" w:hAnsi="Times New Roman" w:cs="Times New Roman"/>
                <w:sz w:val="28"/>
                <w:lang w:val="ru-RU"/>
              </w:rPr>
              <w:t>Что было легче всего?</w:t>
            </w:r>
          </w:p>
          <w:p w14:paraId="44B8D1BC" w14:textId="26B28928" w:rsidR="001D3660" w:rsidRDefault="001D3660" w:rsidP="001D3660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 Поднимите руку, кто активно работал на сегодняшнем уроке. А теперь те, кто был не активен и мог бы работать лучше.</w:t>
            </w:r>
          </w:p>
        </w:tc>
        <w:tc>
          <w:tcPr>
            <w:tcW w:w="2311" w:type="dxa"/>
          </w:tcPr>
          <w:p w14:paraId="547C6284" w14:textId="77777777" w:rsidR="001D3660" w:rsidRDefault="001D3660" w:rsidP="001D3660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О</w:t>
            </w:r>
            <w:r w:rsidRPr="001761BF">
              <w:rPr>
                <w:rFonts w:ascii="Times New Roman" w:hAnsi="Times New Roman" w:cs="Times New Roman"/>
                <w:sz w:val="28"/>
                <w:lang w:val="ru-RU"/>
              </w:rPr>
              <w:t>твечают на вопросы, обсуждают трудности и успехи.</w:t>
            </w:r>
          </w:p>
          <w:p w14:paraId="42DC5172" w14:textId="77777777" w:rsidR="001D3660" w:rsidRDefault="001D3660" w:rsidP="001D3660">
            <w:pPr>
              <w:rPr>
                <w:rFonts w:ascii="Times New Roman" w:hAnsi="Times New Roman" w:cs="Times New Roman"/>
                <w:sz w:val="28"/>
                <w:lang w:val="ru-RU"/>
              </w:rPr>
            </w:pPr>
          </w:p>
          <w:p w14:paraId="0152E6ED" w14:textId="192D670C" w:rsidR="001D3660" w:rsidRDefault="001D3660" w:rsidP="001D3660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 xml:space="preserve">Л: </w:t>
            </w:r>
            <w:r w:rsidRPr="006424EA">
              <w:rPr>
                <w:rFonts w:ascii="Times New Roman" w:hAnsi="Times New Roman" w:cs="Times New Roman"/>
                <w:sz w:val="28"/>
                <w:lang w:val="ru-RU"/>
              </w:rPr>
              <w:t>умение производить самоконтроль и самооценку результатов своей учебной деятельности</w:t>
            </w:r>
            <w:r>
              <w:rPr>
                <w:rFonts w:ascii="Times New Roman" w:hAnsi="Times New Roman" w:cs="Times New Roman"/>
                <w:sz w:val="28"/>
                <w:lang w:val="ru-RU"/>
              </w:rPr>
              <w:t>.</w:t>
            </w:r>
          </w:p>
        </w:tc>
      </w:tr>
      <w:tr w:rsidR="00A33A3B" w:rsidRPr="001761BF" w14:paraId="25721956" w14:textId="77777777" w:rsidTr="001D3660">
        <w:tc>
          <w:tcPr>
            <w:tcW w:w="2308" w:type="dxa"/>
          </w:tcPr>
          <w:p w14:paraId="4D39B0CE" w14:textId="072C120B" w:rsidR="001761BF" w:rsidRPr="005506E1" w:rsidRDefault="005506E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VII. </w:t>
            </w:r>
          </w:p>
          <w:p w14:paraId="7E9F9D05" w14:textId="60F7F926" w:rsidR="008401DF" w:rsidRPr="005506E1" w:rsidRDefault="007657BD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Домашнее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задание</w:t>
            </w:r>
            <w:proofErr w:type="spellEnd"/>
            <w:r>
              <w:rPr>
                <w:rFonts w:ascii="Times New Roman" w:hAnsi="Times New Roman" w:cs="Times New Roman"/>
                <w:sz w:val="28"/>
                <w:lang w:val="ru-RU"/>
              </w:rPr>
              <w:t xml:space="preserve"> </w:t>
            </w:r>
          </w:p>
        </w:tc>
        <w:tc>
          <w:tcPr>
            <w:tcW w:w="5608" w:type="dxa"/>
          </w:tcPr>
          <w:p w14:paraId="4C57BCBB" w14:textId="3A478AB1" w:rsidR="008401DF" w:rsidRDefault="00C033F8" w:rsidP="00C033F8">
            <w:pPr>
              <w:jc w:val="both"/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</w:t>
            </w:r>
            <w:r w:rsidR="002338EE" w:rsidRPr="001761BF">
              <w:rPr>
                <w:rFonts w:ascii="Times New Roman" w:hAnsi="Times New Roman" w:cs="Times New Roman"/>
                <w:sz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lang w:val="ru-RU"/>
              </w:rPr>
              <w:t>Вашим домашним заданием буд</w:t>
            </w:r>
            <w:r w:rsidR="005506E1">
              <w:rPr>
                <w:rFonts w:ascii="Times New Roman" w:hAnsi="Times New Roman" w:cs="Times New Roman"/>
                <w:sz w:val="28"/>
                <w:lang w:val="ru-RU"/>
              </w:rPr>
              <w:t xml:space="preserve">ет вторая задача из </w:t>
            </w:r>
            <w:r w:rsidR="002338EE" w:rsidRPr="001761BF">
              <w:rPr>
                <w:rFonts w:ascii="Times New Roman" w:hAnsi="Times New Roman" w:cs="Times New Roman"/>
                <w:sz w:val="28"/>
                <w:lang w:val="ru-RU"/>
              </w:rPr>
              <w:t>упражнени</w:t>
            </w:r>
            <w:r w:rsidR="005506E1">
              <w:rPr>
                <w:rFonts w:ascii="Times New Roman" w:hAnsi="Times New Roman" w:cs="Times New Roman"/>
                <w:sz w:val="28"/>
                <w:lang w:val="ru-RU"/>
              </w:rPr>
              <w:t>я</w:t>
            </w:r>
            <w:r w:rsidR="002338EE" w:rsidRPr="001761BF">
              <w:rPr>
                <w:rFonts w:ascii="Times New Roman" w:hAnsi="Times New Roman" w:cs="Times New Roman"/>
                <w:sz w:val="28"/>
                <w:lang w:val="ru-RU"/>
              </w:rPr>
              <w:t xml:space="preserve"> </w:t>
            </w:r>
            <w:r w:rsidR="005506E1">
              <w:rPr>
                <w:rFonts w:ascii="Times New Roman" w:hAnsi="Times New Roman" w:cs="Times New Roman"/>
                <w:sz w:val="28"/>
                <w:lang w:val="ru-RU"/>
              </w:rPr>
              <w:t xml:space="preserve">194 </w:t>
            </w:r>
          </w:p>
          <w:p w14:paraId="5CF02BC5" w14:textId="77777777" w:rsidR="00C033F8" w:rsidRPr="001761BF" w:rsidRDefault="00C033F8" w:rsidP="00C033F8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- До свидания, ребята!</w:t>
            </w:r>
          </w:p>
        </w:tc>
        <w:tc>
          <w:tcPr>
            <w:tcW w:w="2311" w:type="dxa"/>
          </w:tcPr>
          <w:p w14:paraId="04CC1C9B" w14:textId="77777777" w:rsidR="008401DF" w:rsidRPr="001761BF" w:rsidRDefault="006424EA" w:rsidP="006424EA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lang w:val="ru-RU"/>
              </w:rPr>
              <w:t>Записывают домашнее задание.</w:t>
            </w:r>
          </w:p>
        </w:tc>
      </w:tr>
    </w:tbl>
    <w:p w14:paraId="300A3CD7" w14:textId="392519FD" w:rsidR="00A3182F" w:rsidRPr="001761BF" w:rsidRDefault="00A3182F">
      <w:pPr>
        <w:rPr>
          <w:rFonts w:ascii="Times New Roman" w:hAnsi="Times New Roman" w:cs="Times New Roman"/>
          <w:sz w:val="28"/>
          <w:lang w:val="ru-RU"/>
        </w:rPr>
      </w:pPr>
    </w:p>
    <w:sectPr w:rsidR="00A3182F" w:rsidRPr="001761BF" w:rsidSect="001361C8">
      <w:pgSz w:w="12240" w:h="15840"/>
      <w:pgMar w:top="1134" w:right="1134" w:bottom="144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3283"/>
        </w:tabs>
        <w:ind w:left="3283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DF67A0"/>
    <w:multiLevelType w:val="hybridMultilevel"/>
    <w:tmpl w:val="50AC5850"/>
    <w:lvl w:ilvl="0" w:tplc="4120D36C">
      <w:start w:val="4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78659C1"/>
    <w:multiLevelType w:val="hybridMultilevel"/>
    <w:tmpl w:val="FD12284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99F3763"/>
    <w:multiLevelType w:val="hybridMultilevel"/>
    <w:tmpl w:val="E44E05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11F29"/>
    <w:multiLevelType w:val="hybridMultilevel"/>
    <w:tmpl w:val="36303AFA"/>
    <w:lvl w:ilvl="0" w:tplc="BA2804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F30903"/>
    <w:multiLevelType w:val="hybridMultilevel"/>
    <w:tmpl w:val="C76E72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5620D4"/>
    <w:multiLevelType w:val="hybridMultilevel"/>
    <w:tmpl w:val="57BAF3CC"/>
    <w:lvl w:ilvl="0" w:tplc="1FA8FB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86154B"/>
    <w:multiLevelType w:val="hybridMultilevel"/>
    <w:tmpl w:val="90E89A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3B6FCD"/>
    <w:multiLevelType w:val="hybridMultilevel"/>
    <w:tmpl w:val="99725A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534B6F"/>
    <w:multiLevelType w:val="hybridMultilevel"/>
    <w:tmpl w:val="C360D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1671484">
    <w:abstractNumId w:val="8"/>
  </w:num>
  <w:num w:numId="2" w16cid:durableId="1218512933">
    <w:abstractNumId w:val="6"/>
  </w:num>
  <w:num w:numId="3" w16cid:durableId="186991472">
    <w:abstractNumId w:val="5"/>
  </w:num>
  <w:num w:numId="4" w16cid:durableId="939721025">
    <w:abstractNumId w:val="4"/>
  </w:num>
  <w:num w:numId="5" w16cid:durableId="378895412">
    <w:abstractNumId w:val="7"/>
  </w:num>
  <w:num w:numId="6" w16cid:durableId="537930921">
    <w:abstractNumId w:val="3"/>
  </w:num>
  <w:num w:numId="7" w16cid:durableId="847256090">
    <w:abstractNumId w:val="2"/>
  </w:num>
  <w:num w:numId="8" w16cid:durableId="1152218508">
    <w:abstractNumId w:val="1"/>
  </w:num>
  <w:num w:numId="9" w16cid:durableId="940913501">
    <w:abstractNumId w:val="0"/>
  </w:num>
  <w:num w:numId="10" w16cid:durableId="890271158">
    <w:abstractNumId w:val="13"/>
  </w:num>
  <w:num w:numId="11" w16cid:durableId="1209534755">
    <w:abstractNumId w:val="15"/>
  </w:num>
  <w:num w:numId="12" w16cid:durableId="1652294955">
    <w:abstractNumId w:val="16"/>
  </w:num>
  <w:num w:numId="13" w16cid:durableId="943803599">
    <w:abstractNumId w:val="17"/>
  </w:num>
  <w:num w:numId="14" w16cid:durableId="1740324091">
    <w:abstractNumId w:val="11"/>
  </w:num>
  <w:num w:numId="15" w16cid:durableId="103500010">
    <w:abstractNumId w:val="10"/>
  </w:num>
  <w:num w:numId="16" w16cid:durableId="484008493">
    <w:abstractNumId w:val="12"/>
  </w:num>
  <w:num w:numId="17" w16cid:durableId="2064062919">
    <w:abstractNumId w:val="14"/>
  </w:num>
  <w:num w:numId="18" w16cid:durableId="129101355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7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369D1"/>
    <w:rsid w:val="00040A98"/>
    <w:rsid w:val="0006063C"/>
    <w:rsid w:val="000A45E2"/>
    <w:rsid w:val="000D0B8F"/>
    <w:rsid w:val="000F167A"/>
    <w:rsid w:val="00122A6C"/>
    <w:rsid w:val="0013164D"/>
    <w:rsid w:val="001361C8"/>
    <w:rsid w:val="0015074B"/>
    <w:rsid w:val="001761BF"/>
    <w:rsid w:val="001D3660"/>
    <w:rsid w:val="001D5595"/>
    <w:rsid w:val="00214716"/>
    <w:rsid w:val="00216791"/>
    <w:rsid w:val="002338EE"/>
    <w:rsid w:val="002348CF"/>
    <w:rsid w:val="00272BAA"/>
    <w:rsid w:val="00294307"/>
    <w:rsid w:val="0029639D"/>
    <w:rsid w:val="002E4D9B"/>
    <w:rsid w:val="00307692"/>
    <w:rsid w:val="00326F90"/>
    <w:rsid w:val="003F2A6F"/>
    <w:rsid w:val="00467551"/>
    <w:rsid w:val="0050010D"/>
    <w:rsid w:val="00532FB9"/>
    <w:rsid w:val="005506E1"/>
    <w:rsid w:val="005854A7"/>
    <w:rsid w:val="005B0D53"/>
    <w:rsid w:val="00614832"/>
    <w:rsid w:val="006424EA"/>
    <w:rsid w:val="006771A1"/>
    <w:rsid w:val="00682345"/>
    <w:rsid w:val="00696E86"/>
    <w:rsid w:val="006A4EE5"/>
    <w:rsid w:val="006B2765"/>
    <w:rsid w:val="00721544"/>
    <w:rsid w:val="007657BD"/>
    <w:rsid w:val="00767410"/>
    <w:rsid w:val="00815189"/>
    <w:rsid w:val="00826053"/>
    <w:rsid w:val="00827158"/>
    <w:rsid w:val="008401DF"/>
    <w:rsid w:val="00853623"/>
    <w:rsid w:val="00887B48"/>
    <w:rsid w:val="0093745D"/>
    <w:rsid w:val="00945E1E"/>
    <w:rsid w:val="00983857"/>
    <w:rsid w:val="009B3F22"/>
    <w:rsid w:val="009D1D98"/>
    <w:rsid w:val="009D4F4C"/>
    <w:rsid w:val="009E2D95"/>
    <w:rsid w:val="009E2F48"/>
    <w:rsid w:val="00A3182F"/>
    <w:rsid w:val="00A33A3B"/>
    <w:rsid w:val="00A456F6"/>
    <w:rsid w:val="00A53FE9"/>
    <w:rsid w:val="00A75D0F"/>
    <w:rsid w:val="00A87F6F"/>
    <w:rsid w:val="00AA1D8D"/>
    <w:rsid w:val="00AD5735"/>
    <w:rsid w:val="00B2036E"/>
    <w:rsid w:val="00B41DF5"/>
    <w:rsid w:val="00B47730"/>
    <w:rsid w:val="00B76304"/>
    <w:rsid w:val="00B81948"/>
    <w:rsid w:val="00B97BDC"/>
    <w:rsid w:val="00BB45B9"/>
    <w:rsid w:val="00BC0FC7"/>
    <w:rsid w:val="00C033F8"/>
    <w:rsid w:val="00C62D58"/>
    <w:rsid w:val="00CA5A49"/>
    <w:rsid w:val="00CB0664"/>
    <w:rsid w:val="00CB7012"/>
    <w:rsid w:val="00CC5B4E"/>
    <w:rsid w:val="00D053C3"/>
    <w:rsid w:val="00D34C76"/>
    <w:rsid w:val="00D36410"/>
    <w:rsid w:val="00D37A4B"/>
    <w:rsid w:val="00D759E2"/>
    <w:rsid w:val="00DD6948"/>
    <w:rsid w:val="00DE15E3"/>
    <w:rsid w:val="00DF234E"/>
    <w:rsid w:val="00E05F9A"/>
    <w:rsid w:val="00E16DBC"/>
    <w:rsid w:val="00E83DA5"/>
    <w:rsid w:val="00F266E9"/>
    <w:rsid w:val="00FC693F"/>
    <w:rsid w:val="00FE1777"/>
    <w:rsid w:val="00FE4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30D1A30"/>
  <w14:defaultImageDpi w14:val="300"/>
  <w15:docId w15:val="{6D862ABE-49DB-4749-B485-1B1FFB18D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E83DA5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3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8">
    <w:name w:val="Balloon Text"/>
    <w:basedOn w:val="a1"/>
    <w:link w:val="aff9"/>
    <w:uiPriority w:val="99"/>
    <w:semiHidden/>
    <w:unhideWhenUsed/>
    <w:rsid w:val="00A318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f9">
    <w:name w:val="Текст выноски Знак"/>
    <w:basedOn w:val="a2"/>
    <w:link w:val="aff8"/>
    <w:uiPriority w:val="99"/>
    <w:semiHidden/>
    <w:rsid w:val="00A318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DA8CEE3-412B-41A4-8AB9-6993738DDF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2262</TotalTime>
  <Pages>11</Pages>
  <Words>1776</Words>
  <Characters>10125</Characters>
  <Application>Microsoft Office Word</Application>
  <DocSecurity>0</DocSecurity>
  <Lines>84</Lines>
  <Paragraphs>23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11878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Кира М</cp:lastModifiedBy>
  <cp:revision>27</cp:revision>
  <cp:lastPrinted>2025-10-17T03:54:00Z</cp:lastPrinted>
  <dcterms:created xsi:type="dcterms:W3CDTF">2025-10-09T16:54:00Z</dcterms:created>
  <dcterms:modified xsi:type="dcterms:W3CDTF">2025-10-19T16:22:00Z</dcterms:modified>
  <cp:category/>
</cp:coreProperties>
</file>